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Technical Research Report: Multi-Hermes Agent Deployment on M4 Mac mini (24 GB / 512 GB)</w:t>
      </w:r>
    </w:p>
    <w:p>
      <w:pPr>
        <w:pStyle w:val="Heading2"/>
      </w:pPr>
      <w:r>
        <w:t>With Existing Local LLM Agent — Resource Analysis &amp; Scaling Strategy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Executive Summary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Factor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Assessment</w:t>
            </w:r>
          </w:p>
        </w:tc>
      </w:tr>
      <w:tr>
        <w:tc>
          <w:tcPr>
            <w:tcW w:type="dxa" w:w="4320"/>
          </w:tcPr>
          <w:p>
            <w:r>
              <w:t>**Platform**</w:t>
            </w:r>
          </w:p>
        </w:tc>
        <w:tc>
          <w:tcPr>
            <w:tcW w:type="dxa" w:w="4320"/>
          </w:tcPr>
          <w:p>
            <w:r>
              <w:t>M4 Mac mini (Apple Silicon, ARM64, 24 GB unified memory, 512 GB SSD)</w:t>
            </w:r>
          </w:p>
        </w:tc>
      </w:tr>
      <w:tr>
        <w:tc>
          <w:tcPr>
            <w:tcW w:type="dxa" w:w="4320"/>
          </w:tcPr>
          <w:p>
            <w:r>
              <w:t>**Current Load**</w:t>
            </w:r>
          </w:p>
        </w:tc>
        <w:tc>
          <w:tcPr>
            <w:tcW w:type="dxa" w:w="4320"/>
          </w:tcPr>
          <w:p>
            <w:r>
              <w:t>1 Hermes agent + **local Qwen2.5-9B (Q4_K_M)**</w:t>
            </w:r>
          </w:p>
        </w:tc>
      </w:tr>
      <w:tr>
        <w:tc>
          <w:tcPr>
            <w:tcW w:type="dxa" w:w="4320"/>
          </w:tcPr>
          <w:p>
            <w:r>
              <w:t>**Context Window Requirement**</w:t>
            </w:r>
          </w:p>
        </w:tc>
        <w:tc>
          <w:tcPr>
            <w:tcW w:type="dxa" w:w="4320"/>
          </w:tcPr>
          <w:p>
            <w:r>
              <w:t>**≥64K** (Hermes agent minimum)</w:t>
            </w:r>
          </w:p>
        </w:tc>
      </w:tr>
      <w:tr>
        <w:tc>
          <w:tcPr>
            <w:tcW w:type="dxa" w:w="4320"/>
          </w:tcPr>
          <w:p>
            <w:r>
              <w:t>**Current Local Model RAM (64K ctx)**</w:t>
            </w:r>
          </w:p>
        </w:tc>
        <w:tc>
          <w:tcPr>
            <w:tcW w:type="dxa" w:w="4320"/>
          </w:tcPr>
          <w:p>
            <w:r>
              <w:t>**~17.7 GB** (model + 64K KV cache)</w:t>
            </w:r>
          </w:p>
        </w:tc>
      </w:tr>
      <w:tr>
        <w:tc>
          <w:tcPr>
            <w:tcW w:type="dxa" w:w="4320"/>
          </w:tcPr>
          <w:p>
            <w:r>
              <w:t>**Headroom for Additional Agents**</w:t>
            </w:r>
          </w:p>
        </w:tc>
        <w:tc>
          <w:tcPr>
            <w:tcW w:type="dxa" w:w="4320"/>
          </w:tcPr>
          <w:p>
            <w:r>
              <w:t>**1-2 more agents** (external LLM APIs only)</w:t>
            </w:r>
          </w:p>
        </w:tc>
      </w:tr>
      <w:tr>
        <w:tc>
          <w:tcPr>
            <w:tcW w:type="dxa" w:w="4320"/>
          </w:tcPr>
          <w:p>
            <w:r>
              <w:t>**Headroom for Local LLMs**</w:t>
            </w:r>
          </w:p>
        </w:tc>
        <w:tc>
          <w:tcPr>
            <w:tcW w:type="dxa" w:w="4320"/>
          </w:tcPr>
          <w:p>
            <w:r>
              <w:t>**0 additional** — memory at limit</w:t>
            </w:r>
          </w:p>
        </w:tc>
      </w:tr>
      <w:tr>
        <w:tc>
          <w:tcPr>
            <w:tcW w:type="dxa" w:w="4320"/>
          </w:tcPr>
          <w:p>
            <w:r>
              <w:t>**Primary Constraint**</w:t>
            </w:r>
          </w:p>
        </w:tc>
        <w:tc>
          <w:tcPr>
            <w:tcW w:type="dxa" w:w="4320"/>
          </w:tcPr>
          <w:p>
            <w:r>
              <w:t>**Unified Memory (24 GB)** — 64K context KV cache dominates</w:t>
            </w:r>
          </w:p>
        </w:tc>
      </w:tr>
      <w:tr>
        <w:tc>
          <w:tcPr>
            <w:tcW w:type="dxa" w:w="4320"/>
          </w:tcPr>
          <w:p>
            <w:r>
              <w:t>**Recommendation**</w:t>
            </w:r>
          </w:p>
        </w:tc>
        <w:tc>
          <w:tcPr>
            <w:tcW w:type="dxa" w:w="4320"/>
          </w:tcPr>
          <w:p>
            <w:r>
              <w:t>Use **external LLM APIs** for all additional agents; keep Qwen2.5-9B as sole local model; consider reducing context if more agents needed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1. M4 Mac mini Hardware Profile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Specification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Detail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Impact on Hermes</w:t>
            </w:r>
          </w:p>
        </w:tc>
      </w:tr>
      <w:tr>
        <w:tc>
          <w:tcPr>
            <w:tcW w:type="dxa" w:w="2880"/>
          </w:tcPr>
          <w:p>
            <w:r>
              <w:t>**CPU**</w:t>
            </w:r>
          </w:p>
        </w:tc>
        <w:tc>
          <w:tcPr>
            <w:tcW w:type="dxa" w:w="2880"/>
          </w:tcPr>
          <w:p>
            <w:r>
              <w:t>M4 (10-core: 4P + 6E)</w:t>
            </w:r>
          </w:p>
        </w:tc>
        <w:tc>
          <w:tcPr>
            <w:tcW w:type="dxa" w:w="2880"/>
          </w:tcPr>
          <w:p>
            <w:r>
              <w:t>Excellent for gateway orchestration</w:t>
            </w:r>
          </w:p>
        </w:tc>
      </w:tr>
      <w:tr>
        <w:tc>
          <w:tcPr>
            <w:tcW w:type="dxa" w:w="2880"/>
          </w:tcPr>
          <w:p>
            <w:r>
              <w:t>**GPU**</w:t>
            </w:r>
          </w:p>
        </w:tc>
        <w:tc>
          <w:tcPr>
            <w:tcW w:type="dxa" w:w="2880"/>
          </w:tcPr>
          <w:p>
            <w:r>
              <w:t>10-core integrated</w:t>
            </w:r>
          </w:p>
        </w:tc>
        <w:tc>
          <w:tcPr>
            <w:tcW w:type="dxa" w:w="2880"/>
          </w:tcPr>
          <w:p>
            <w:r>
              <w:t>Metal acceleration for local inference (llama.cpp, MLX)</w:t>
            </w:r>
          </w:p>
        </w:tc>
      </w:tr>
      <w:tr>
        <w:tc>
          <w:tcPr>
            <w:tcW w:type="dxa" w:w="2880"/>
          </w:tcPr>
          <w:p>
            <w:r>
              <w:t>**Neural Engine**</w:t>
            </w:r>
          </w:p>
        </w:tc>
        <w:tc>
          <w:tcPr>
            <w:tcW w:type="dxa" w:w="2880"/>
          </w:tcPr>
          <w:p>
            <w:r>
              <w:t>16-core, 38 TOPS</w:t>
            </w:r>
          </w:p>
        </w:tc>
        <w:tc>
          <w:tcPr>
            <w:tcW w:type="dxa" w:w="2880"/>
          </w:tcPr>
          <w:p>
            <w:r>
              <w:t>CoreML/MLX optimized models</w:t>
            </w:r>
          </w:p>
        </w:tc>
      </w:tr>
      <w:tr>
        <w:tc>
          <w:tcPr>
            <w:tcW w:type="dxa" w:w="2880"/>
          </w:tcPr>
          <w:p>
            <w:r>
              <w:t>**Memory**</w:t>
            </w:r>
          </w:p>
        </w:tc>
        <w:tc>
          <w:tcPr>
            <w:tcW w:type="dxa" w:w="2880"/>
          </w:tcPr>
          <w:p>
            <w:r>
              <w:t>**24 GB Unified (LPDDR5X, 120 GB/s)**</w:t>
            </w:r>
          </w:p>
        </w:tc>
        <w:tc>
          <w:tcPr>
            <w:tcW w:type="dxa" w:w="2880"/>
          </w:tcPr>
          <w:p>
            <w:r>
              <w:t>**SHARED** — OS + apps + model weights + KV cache</w:t>
            </w:r>
          </w:p>
        </w:tc>
      </w:tr>
      <w:tr>
        <w:tc>
          <w:tcPr>
            <w:tcW w:type="dxa" w:w="2880"/>
          </w:tcPr>
          <w:p>
            <w:r>
              <w:t>**Storage**</w:t>
            </w:r>
          </w:p>
        </w:tc>
        <w:tc>
          <w:tcPr>
            <w:tcW w:type="dxa" w:w="2880"/>
          </w:tcPr>
          <w:p>
            <w:r>
              <w:t>512 GB NVMe SSD</w:t>
            </w:r>
          </w:p>
        </w:tc>
        <w:tc>
          <w:tcPr>
            <w:tcW w:type="dxa" w:w="2880"/>
          </w:tcPr>
          <w:p>
            <w:r>
              <w:t>Fast model loading, but not RAM</w:t>
            </w:r>
          </w:p>
        </w:tc>
      </w:tr>
      <w:tr>
        <w:tc>
          <w:tcPr>
            <w:tcW w:type="dxa" w:w="2880"/>
          </w:tcPr>
          <w:p>
            <w:r>
              <w:t>**Thermal**</w:t>
            </w:r>
          </w:p>
        </w:tc>
        <w:tc>
          <w:tcPr>
            <w:tcW w:type="dxa" w:w="2880"/>
          </w:tcPr>
          <w:p>
            <w:r>
              <w:t>Fan-cooled, sustained performance</w:t>
            </w:r>
          </w:p>
        </w:tc>
        <w:tc>
          <w:tcPr>
            <w:tcW w:type="dxa" w:w="2880"/>
          </w:tcPr>
          <w:p>
            <w:r>
              <w:t>No throttling for continuous workloads</w:t>
            </w:r>
          </w:p>
        </w:tc>
      </w:tr>
    </w:tbl>
    <w:p/>
    <w:p>
      <w:pPr>
        <w:ind w:left="720"/>
      </w:pPr>
      <w:r>
        <w:rPr>
          <w:i/>
          <w:color w:val="666666"/>
        </w:rPr>
        <w:t>**Critical**: Unlike discrete GPU systems, **Apple Unified Memory = single pool**. Model weights + KV cache + OS + Hermes Python processes all compete for the same 24 GB.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2. Memory Budget Analysis (24 GB Unified)</w:t>
      </w:r>
    </w:p>
    <w:p/>
    <w:p>
      <w:pPr>
        <w:pStyle w:val="Heading3"/>
      </w:pPr>
      <w:r>
        <w:t>2.1 Baseline Consumption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Component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Est. Memory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>
              <w:t>**macOS (idle)**</w:t>
            </w:r>
          </w:p>
        </w:tc>
        <w:tc>
          <w:tcPr>
            <w:tcW w:type="dxa" w:w="2880"/>
          </w:tcPr>
          <w:p>
            <w:r>
              <w:t>4-6 GB</w:t>
            </w:r>
          </w:p>
        </w:tc>
        <w:tc>
          <w:tcPr>
            <w:tcW w:type="dxa" w:w="2880"/>
          </w:tcPr>
          <w:p>
            <w:r>
              <w:t>WindowServer, kernel, system services</w:t>
            </w:r>
          </w:p>
        </w:tc>
      </w:tr>
      <w:tr>
        <w:tc>
          <w:tcPr>
            <w:tcW w:type="dxa" w:w="2880"/>
          </w:tcPr>
          <w:p>
            <w:r>
              <w:t>**Hermes Gateway (per agent)**</w:t>
            </w:r>
          </w:p>
        </w:tc>
        <w:tc>
          <w:tcPr>
            <w:tcW w:type="dxa" w:w="2880"/>
          </w:tcPr>
          <w:p>
            <w:r>
              <w:t>200-500 MB</w:t>
            </w:r>
          </w:p>
        </w:tc>
        <w:tc>
          <w:tcPr>
            <w:tcW w:type="dxa" w:w="2880"/>
          </w:tcPr>
          <w:p>
            <w:r>
              <w:t>Python process, skills, context</w:t>
            </w:r>
          </w:p>
        </w:tc>
      </w:tr>
      <w:tr>
        <w:tc>
          <w:tcPr>
            <w:tcW w:type="dxa" w:w="2880"/>
          </w:tcPr>
          <w:p>
            <w:r>
              <w:t>**Current Agent + Local LLM**</w:t>
            </w:r>
          </w:p>
        </w:tc>
        <w:tc>
          <w:tcPr>
            <w:tcW w:type="dxa" w:w="2880"/>
          </w:tcPr>
          <w:p>
            <w:r>
              <w:t>**Variable**</w:t>
            </w:r>
          </w:p>
        </w:tc>
        <w:tc>
          <w:tcPr>
            <w:tcW w:type="dxa" w:w="2880"/>
          </w:tcPr>
          <w:p>
            <w:r>
              <w:t>Depends on model size (see below)</w:t>
            </w:r>
          </w:p>
        </w:tc>
      </w:tr>
      <w:tr>
        <w:tc>
          <w:tcPr>
            <w:tcW w:type="dxa" w:w="2880"/>
          </w:tcPr>
          <w:p>
            <w:r>
              <w:t>**Buffer (stability)**</w:t>
            </w:r>
          </w:p>
        </w:tc>
        <w:tc>
          <w:tcPr>
            <w:tcW w:type="dxa" w:w="2880"/>
          </w:tcPr>
          <w:p>
            <w:r>
              <w:t>2-3 GB</w:t>
            </w:r>
          </w:p>
        </w:tc>
        <w:tc>
          <w:tcPr>
            <w:tcW w:type="dxa" w:w="2880"/>
          </w:tcPr>
          <w:p>
            <w:r>
              <w:t>Prevent swap/pressure</w:t>
            </w:r>
          </w:p>
        </w:tc>
      </w:tr>
      <w:tr>
        <w:tc>
          <w:tcPr>
            <w:tcW w:type="dxa" w:w="2880"/>
          </w:tcPr>
          <w:p>
            <w:r>
              <w:t>**Available for Additional Work**</w:t>
            </w:r>
          </w:p>
        </w:tc>
        <w:tc>
          <w:tcPr>
            <w:tcW w:type="dxa" w:w="2880"/>
          </w:tcPr>
          <w:p>
            <w:r>
              <w:t>**~8-12 GB**</w:t>
            </w:r>
          </w:p>
        </w:tc>
        <w:tc>
          <w:tcPr>
            <w:tcW w:type="dxa" w:w="2880"/>
          </w:tcPr>
          <w:p>
            <w:r>
              <w:t>After baseline</w:t>
            </w:r>
          </w:p>
        </w:tc>
      </w:tr>
    </w:tbl>
    <w:p/>
    <w:p>
      <w:pPr>
        <w:pStyle w:val="Heading3"/>
      </w:pPr>
      <w:r>
        <w:t>2.2 Local LLM Memory Requirements (Quantized GGUF) — **64K Context Window**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Params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Quant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Model Size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KV Cache (64K ctx)</w:t>
            </w:r>
          </w:p>
        </w:tc>
        <w:tc>
          <w:tcPr>
            <w:tcW w:type="dxa" w:w="1440"/>
          </w:tcPr>
          <w:p>
            <w:r>
              <w:rPr>
                <w:b/>
              </w:rPr>
              <w:t>**Total (64K)**</w:t>
            </w:r>
          </w:p>
        </w:tc>
      </w:tr>
      <w:tr>
        <w:tc>
          <w:tcPr>
            <w:tcW w:type="dxa" w:w="1440"/>
          </w:tcPr>
          <w:p>
            <w:r>
              <w:t>**Llama-3.2-1B**</w:t>
            </w:r>
          </w:p>
        </w:tc>
        <w:tc>
          <w:tcPr>
            <w:tcW w:type="dxa" w:w="1440"/>
          </w:tcPr>
          <w:p>
            <w:r>
              <w:t>1B</w:t>
            </w:r>
          </w:p>
        </w:tc>
        <w:tc>
          <w:tcPr>
            <w:tcW w:type="dxa" w:w="1440"/>
          </w:tcPr>
          <w:p>
            <w:r>
              <w:t>Q4_K_M</w:t>
            </w:r>
          </w:p>
        </w:tc>
        <w:tc>
          <w:tcPr>
            <w:tcW w:type="dxa" w:w="1440"/>
          </w:tcPr>
          <w:p>
            <w:r>
              <w:t>0.8 GB</w:t>
            </w:r>
          </w:p>
        </w:tc>
        <w:tc>
          <w:tcPr>
            <w:tcW w:type="dxa" w:w="1440"/>
          </w:tcPr>
          <w:p>
            <w:r>
              <w:t>1.6 GB</w:t>
            </w:r>
          </w:p>
        </w:tc>
        <w:tc>
          <w:tcPr>
            <w:tcW w:type="dxa" w:w="1440"/>
          </w:tcPr>
          <w:p>
            <w:r>
              <w:t>**~2.4 GB**</w:t>
            </w:r>
          </w:p>
        </w:tc>
      </w:tr>
      <w:tr>
        <w:tc>
          <w:tcPr>
            <w:tcW w:type="dxa" w:w="1440"/>
          </w:tcPr>
          <w:p>
            <w:r>
              <w:t>**Llama-3.2-3B**</w:t>
            </w:r>
          </w:p>
        </w:tc>
        <w:tc>
          <w:tcPr>
            <w:tcW w:type="dxa" w:w="1440"/>
          </w:tcPr>
          <w:p>
            <w:r>
              <w:t>3B</w:t>
            </w:r>
          </w:p>
        </w:tc>
        <w:tc>
          <w:tcPr>
            <w:tcW w:type="dxa" w:w="1440"/>
          </w:tcPr>
          <w:p>
            <w:r>
              <w:t>Q4_K_M</w:t>
            </w:r>
          </w:p>
        </w:tc>
        <w:tc>
          <w:tcPr>
            <w:tcW w:type="dxa" w:w="1440"/>
          </w:tcPr>
          <w:p>
            <w:r>
              <w:t>2.0 GB</w:t>
            </w:r>
          </w:p>
        </w:tc>
        <w:tc>
          <w:tcPr>
            <w:tcW w:type="dxa" w:w="1440"/>
          </w:tcPr>
          <w:p>
            <w:r>
              <w:t>4.8 GB</w:t>
            </w:r>
          </w:p>
        </w:tc>
        <w:tc>
          <w:tcPr>
            <w:tcW w:type="dxa" w:w="1440"/>
          </w:tcPr>
          <w:p>
            <w:r>
              <w:t>**~6.8 GB**</w:t>
            </w:r>
          </w:p>
        </w:tc>
      </w:tr>
      <w:tr>
        <w:tc>
          <w:tcPr>
            <w:tcW w:type="dxa" w:w="1440"/>
          </w:tcPr>
          <w:p>
            <w:r>
              <w:t>**Qwen2.5-7B**</w:t>
            </w:r>
          </w:p>
        </w:tc>
        <w:tc>
          <w:tcPr>
            <w:tcW w:type="dxa" w:w="1440"/>
          </w:tcPr>
          <w:p>
            <w:r>
              <w:t>7B</w:t>
            </w:r>
          </w:p>
        </w:tc>
        <w:tc>
          <w:tcPr>
            <w:tcW w:type="dxa" w:w="1440"/>
          </w:tcPr>
          <w:p>
            <w:r>
              <w:t>Q4_K_M</w:t>
            </w:r>
          </w:p>
        </w:tc>
        <w:tc>
          <w:tcPr>
            <w:tcW w:type="dxa" w:w="1440"/>
          </w:tcPr>
          <w:p>
            <w:r>
              <w:t>4.1 GB</w:t>
            </w:r>
          </w:p>
        </w:tc>
        <w:tc>
          <w:tcPr>
            <w:tcW w:type="dxa" w:w="1440"/>
          </w:tcPr>
          <w:p>
            <w:r>
              <w:t>9.6 GB</w:t>
            </w:r>
          </w:p>
        </w:tc>
        <w:tc>
          <w:tcPr>
            <w:tcW w:type="dxa" w:w="1440"/>
          </w:tcPr>
          <w:p>
            <w:r>
              <w:t>**~13.7 GB**</w:t>
            </w:r>
          </w:p>
        </w:tc>
      </w:tr>
      <w:tr>
        <w:tc>
          <w:tcPr>
            <w:tcW w:type="dxa" w:w="1440"/>
          </w:tcPr>
          <w:p>
            <w:r>
              <w:t>**Qwen2.5-9B**</w:t>
            </w:r>
          </w:p>
        </w:tc>
        <w:tc>
          <w:tcPr>
            <w:tcW w:type="dxa" w:w="1440"/>
          </w:tcPr>
          <w:p>
            <w:r>
              <w:t>9B</w:t>
            </w:r>
          </w:p>
        </w:tc>
        <w:tc>
          <w:tcPr>
            <w:tcW w:type="dxa" w:w="1440"/>
          </w:tcPr>
          <w:p>
            <w:r>
              <w:t>Q4_K_M</w:t>
            </w:r>
          </w:p>
        </w:tc>
        <w:tc>
          <w:tcPr>
            <w:tcW w:type="dxa" w:w="1440"/>
          </w:tcPr>
          <w:p>
            <w:r>
              <w:t>**5.3 GB**</w:t>
            </w:r>
          </w:p>
        </w:tc>
        <w:tc>
          <w:tcPr>
            <w:tcW w:type="dxa" w:w="1440"/>
          </w:tcPr>
          <w:p>
            <w:r>
              <w:t>**12.4 GB**</w:t>
            </w:r>
          </w:p>
        </w:tc>
        <w:tc>
          <w:tcPr>
            <w:tcW w:type="dxa" w:w="1440"/>
          </w:tcPr>
          <w:p>
            <w:r>
              <w:t>**~17.7 GB**</w:t>
            </w:r>
          </w:p>
        </w:tc>
      </w:tr>
      <w:tr>
        <w:tc>
          <w:tcPr>
            <w:tcW w:type="dxa" w:w="1440"/>
          </w:tcPr>
          <w:p>
            <w:r>
              <w:t>**Llama-3.1-8B**</w:t>
            </w:r>
          </w:p>
        </w:tc>
        <w:tc>
          <w:tcPr>
            <w:tcW w:type="dxa" w:w="1440"/>
          </w:tcPr>
          <w:p>
            <w:r>
              <w:t>8B</w:t>
            </w:r>
          </w:p>
        </w:tc>
        <w:tc>
          <w:tcPr>
            <w:tcW w:type="dxa" w:w="1440"/>
          </w:tcPr>
          <w:p>
            <w:r>
              <w:t>Q4_K_M</w:t>
            </w:r>
          </w:p>
        </w:tc>
        <w:tc>
          <w:tcPr>
            <w:tcW w:type="dxa" w:w="1440"/>
          </w:tcPr>
          <w:p>
            <w:r>
              <w:t>4.7 GB</w:t>
            </w:r>
          </w:p>
        </w:tc>
        <w:tc>
          <w:tcPr>
            <w:tcW w:type="dxa" w:w="1440"/>
          </w:tcPr>
          <w:p>
            <w:r>
              <w:t>11.2 GB</w:t>
            </w:r>
          </w:p>
        </w:tc>
        <w:tc>
          <w:tcPr>
            <w:tcW w:type="dxa" w:w="1440"/>
          </w:tcPr>
          <w:p>
            <w:r>
              <w:t>**~15.9 GB**</w:t>
            </w:r>
          </w:p>
        </w:tc>
      </w:tr>
      <w:tr>
        <w:tc>
          <w:tcPr>
            <w:tcW w:type="dxa" w:w="1440"/>
          </w:tcPr>
          <w:p>
            <w:r>
              <w:t>**Qwen2.5-14B**</w:t>
            </w:r>
          </w:p>
        </w:tc>
        <w:tc>
          <w:tcPr>
            <w:tcW w:type="dxa" w:w="1440"/>
          </w:tcPr>
          <w:p>
            <w:r>
              <w:t>14B</w:t>
            </w:r>
          </w:p>
        </w:tc>
        <w:tc>
          <w:tcPr>
            <w:tcW w:type="dxa" w:w="1440"/>
          </w:tcPr>
          <w:p>
            <w:r>
              <w:t>Q4_K_M</w:t>
            </w:r>
          </w:p>
        </w:tc>
        <w:tc>
          <w:tcPr>
            <w:tcW w:type="dxa" w:w="1440"/>
          </w:tcPr>
          <w:p>
            <w:r>
              <w:t>8.2 GB</w:t>
            </w:r>
          </w:p>
        </w:tc>
        <w:tc>
          <w:tcPr>
            <w:tcW w:type="dxa" w:w="1440"/>
          </w:tcPr>
          <w:p>
            <w:r>
              <w:t>19.2 GB</w:t>
            </w:r>
          </w:p>
        </w:tc>
        <w:tc>
          <w:tcPr>
            <w:tcW w:type="dxa" w:w="1440"/>
          </w:tcPr>
          <w:p>
            <w:r>
              <w:t>**~27.4 GB** ❌</w:t>
            </w:r>
          </w:p>
        </w:tc>
      </w:tr>
      <w:tr>
        <w:tc>
          <w:tcPr>
            <w:tcW w:type="dxa" w:w="1440"/>
          </w:tcPr>
          <w:p>
            <w:r>
              <w:t>**Nemotron-3-8B**</w:t>
            </w:r>
          </w:p>
        </w:tc>
        <w:tc>
          <w:tcPr>
            <w:tcW w:type="dxa" w:w="1440"/>
          </w:tcPr>
          <w:p>
            <w:r>
              <w:t>8B</w:t>
            </w:r>
          </w:p>
        </w:tc>
        <w:tc>
          <w:tcPr>
            <w:tcW w:type="dxa" w:w="1440"/>
          </w:tcPr>
          <w:p>
            <w:r>
              <w:t>Q4_K_M</w:t>
            </w:r>
          </w:p>
        </w:tc>
        <w:tc>
          <w:tcPr>
            <w:tcW w:type="dxa" w:w="1440"/>
          </w:tcPr>
          <w:p>
            <w:r>
              <w:t>4.7 GB</w:t>
            </w:r>
          </w:p>
        </w:tc>
        <w:tc>
          <w:tcPr>
            <w:tcW w:type="dxa" w:w="1440"/>
          </w:tcPr>
          <w:p>
            <w:r>
              <w:t>11.2 GB</w:t>
            </w:r>
          </w:p>
        </w:tc>
        <w:tc>
          <w:tcPr>
            <w:tcW w:type="dxa" w:w="1440"/>
          </w:tcPr>
          <w:p>
            <w:r>
              <w:t>**~15.9 GB**</w:t>
            </w:r>
          </w:p>
        </w:tc>
      </w:tr>
    </w:tbl>
    <w:p/>
    <w:p>
      <w:pPr>
        <w:ind w:left="720"/>
      </w:pPr>
      <w:r>
        <w:rPr>
          <w:i/>
          <w:color w:val="666666"/>
        </w:rPr>
        <w:t>**Rule of Thumb**: Model RAM ≈ (Params × 0.5) GB for Q4 + (Context × 0.15) GB for KV cache</w:t>
      </w:r>
    </w:p>
    <w:p>
      <w:r>
        <w:rPr>
          <w:rFonts w:ascii="Calibri" w:hAnsi="Calibri"/>
          <w:sz w:val="22"/>
        </w:rPr>
        <w:t>&gt;</w:t>
      </w:r>
    </w:p>
    <w:p>
      <w:pPr>
        <w:ind w:left="720"/>
      </w:pPr>
      <w:r>
        <w:rPr>
          <w:i/>
          <w:color w:val="666666"/>
        </w:rPr>
        <w:t>**Qwen2.5-9B Q4_K_M @ 64K**: 9B × 0.5 = 4.5 GB base + overhead ≈ 5.3 GB model + **12.4 GB KV (64K)** = **~17.7 GB total**</w:t>
      </w:r>
    </w:p>
    <w:p>
      <w:r>
        <w:rPr>
          <w:rFonts w:ascii="Calibri" w:hAnsi="Calibri"/>
          <w:sz w:val="22"/>
        </w:rPr>
        <w:t>&gt;</w:t>
      </w:r>
    </w:p>
    <w:p>
      <w:pPr>
        <w:ind w:left="720"/>
      </w:pPr>
      <w:r>
        <w:rPr>
          <w:i/>
          <w:color w:val="666666"/>
        </w:rPr>
        <w:t>**Critical**: 64K context **doubles KV cache** vs 32K. This is the dominant memory consumer.</w:t>
      </w:r>
    </w:p>
    <w:p/>
    <w:p>
      <w:pPr>
        <w:pStyle w:val="Heading3"/>
      </w:pPr>
      <w:r>
        <w:t>2.3 Scenario: Current Agent Running Local Model (64K Context)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Current Local Model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Memory Used (64K)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Remaining for Add'l Agents</w:t>
            </w:r>
          </w:p>
        </w:tc>
      </w:tr>
      <w:tr>
        <w:tc>
          <w:tcPr>
            <w:tcW w:type="dxa" w:w="2880"/>
          </w:tcPr>
          <w:p>
            <w:r>
              <w:t>**Qwen2.5-9B (Q4_K_M, 64K ctx)**</w:t>
            </w:r>
          </w:p>
        </w:tc>
        <w:tc>
          <w:tcPr>
            <w:tcW w:type="dxa" w:w="2880"/>
          </w:tcPr>
          <w:p>
            <w:r>
              <w:t>**~17.7 GB**</w:t>
            </w:r>
          </w:p>
        </w:tc>
        <w:tc>
          <w:tcPr>
            <w:tcW w:type="dxa" w:w="2880"/>
          </w:tcPr>
          <w:p>
            <w:r>
              <w:t>**~1-2 GB** → **1-2 external agents only**</w:t>
            </w:r>
          </w:p>
        </w:tc>
      </w:tr>
      <w:tr>
        <w:tc>
          <w:tcPr>
            <w:tcW w:type="dxa" w:w="2880"/>
          </w:tcPr>
          <w:p>
            <w:r>
              <w:t>**Qwen2.5-7B (Q4_K_M, 64K ctx)**</w:t>
            </w:r>
          </w:p>
        </w:tc>
        <w:tc>
          <w:tcPr>
            <w:tcW w:type="dxa" w:w="2880"/>
          </w:tcPr>
          <w:p>
            <w:r>
              <w:t>~13.7 GB</w:t>
            </w:r>
          </w:p>
        </w:tc>
        <w:tc>
          <w:tcPr>
            <w:tcW w:type="dxa" w:w="2880"/>
          </w:tcPr>
          <w:p>
            <w:r>
              <w:t>~5 GB → 3-4 external agents</w:t>
            </w:r>
          </w:p>
        </w:tc>
      </w:tr>
      <w:tr>
        <w:tc>
          <w:tcPr>
            <w:tcW w:type="dxa" w:w="2880"/>
          </w:tcPr>
          <w:p>
            <w:r>
              <w:t>**Llama-3.2-3B (Q4_K_M, 64K ctx)**</w:t>
            </w:r>
          </w:p>
        </w:tc>
        <w:tc>
          <w:tcPr>
            <w:tcW w:type="dxa" w:w="2880"/>
          </w:tcPr>
          <w:p>
            <w:r>
              <w:t>~6.8 GB</w:t>
            </w:r>
          </w:p>
        </w:tc>
        <w:tc>
          <w:tcPr>
            <w:tcW w:type="dxa" w:w="2880"/>
          </w:tcPr>
          <w:p>
            <w:r>
              <w:t>~12 GB → 6+ external agents + 1 small local</w:t>
            </w:r>
          </w:p>
        </w:tc>
      </w:tr>
      <w:tr>
        <w:tc>
          <w:tcPr>
            <w:tcW w:type="dxa" w:w="2880"/>
          </w:tcPr>
          <w:p>
            <w:r>
              <w:t>**14B+ model @ 64K**</w:t>
            </w:r>
          </w:p>
        </w:tc>
        <w:tc>
          <w:tcPr>
            <w:tcW w:type="dxa" w:w="2880"/>
          </w:tcPr>
          <w:p>
            <w:r>
              <w:t>&gt;24 GB</w:t>
            </w:r>
          </w:p>
        </w:tc>
        <w:tc>
          <w:tcPr>
            <w:tcW w:type="dxa" w:w="2880"/>
          </w:tcPr>
          <w:p>
            <w:r>
              <w:t>❌ **Impossible** — exceeds total RAM</w:t>
            </w:r>
          </w:p>
        </w:tc>
      </w:tr>
    </w:tbl>
    <w:p/>
    <w:p>
      <w:pPr>
        <w:ind w:left="720"/>
      </w:pPr>
      <w:r>
        <w:rPr>
          <w:i/>
          <w:color w:val="666666"/>
        </w:rPr>
        <w:t>**Key Insight**: At 64K context, **only 1B-3B models leave meaningful headroom**. 7B+ models consume 14-18 GB just for the local LLM.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3. Scaling Strategies Comparison</w:t>
      </w:r>
    </w:p>
    <w:p/>
    <w:p>
      <w:pPr>
        <w:pStyle w:val="Heading3"/>
      </w:pPr>
      <w:r>
        <w:t>Strategy A: All External LLMs (NVIDIA API, OpenAI, Anthropic, etc.)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Agents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Gateway RAM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Total RAM</w:t>
            </w:r>
          </w:p>
        </w:tc>
        <w:tc>
          <w:tcPr>
            <w:tcW w:type="dxa" w:w="2160"/>
          </w:tcPr>
          <w:p>
            <w:r>
              <w:rPr>
                <w:b/>
              </w:rPr>
              <w:t>Viability</w:t>
            </w:r>
          </w:p>
        </w:tc>
      </w:tr>
      <w:tr>
        <w:tc>
          <w:tcPr>
            <w:tcW w:type="dxa" w:w="2160"/>
          </w:tcPr>
          <w:p>
            <w:r>
              <w:t>1 (current)</w:t>
            </w:r>
          </w:p>
        </w:tc>
        <w:tc>
          <w:tcPr>
            <w:tcW w:type="dxa" w:w="2160"/>
          </w:tcPr>
          <w:p>
            <w:r>
              <w:t>300 MB</w:t>
            </w:r>
          </w:p>
        </w:tc>
        <w:tc>
          <w:tcPr>
            <w:tcW w:type="dxa" w:w="2160"/>
          </w:tcPr>
          <w:p>
            <w:r>
              <w:t>~7 GB used</w:t>
            </w:r>
          </w:p>
        </w:tc>
        <w:tc>
          <w:tcPr>
            <w:tcW w:type="dxa" w:w="2160"/>
          </w:tcPr>
          <w:p>
            <w:r>
              <w:t>✅ Baseline</w:t>
            </w:r>
          </w:p>
        </w:tc>
      </w:tr>
      <w:tr>
        <w:tc>
          <w:tcPr>
            <w:tcW w:type="dxa" w:w="2160"/>
          </w:tcPr>
          <w:p>
            <w:r>
              <w:t>+3 external</w:t>
            </w:r>
          </w:p>
        </w:tc>
        <w:tc>
          <w:tcPr>
            <w:tcW w:type="dxa" w:w="2160"/>
          </w:tcPr>
          <w:p>
            <w:r>
              <w:t>+900 MB</w:t>
            </w:r>
          </w:p>
        </w:tc>
        <w:tc>
          <w:tcPr>
            <w:tcW w:type="dxa" w:w="2160"/>
          </w:tcPr>
          <w:p>
            <w:r>
              <w:t>~8 GB used</w:t>
            </w:r>
          </w:p>
        </w:tc>
        <w:tc>
          <w:tcPr>
            <w:tcW w:type="dxa" w:w="2160"/>
          </w:tcPr>
          <w:p>
            <w:r>
              <w:t>✅ Comfortable</w:t>
            </w:r>
          </w:p>
        </w:tc>
      </w:tr>
      <w:tr>
        <w:tc>
          <w:tcPr>
            <w:tcW w:type="dxa" w:w="2160"/>
          </w:tcPr>
          <w:p>
            <w:r>
              <w:t>+5 external</w:t>
            </w:r>
          </w:p>
        </w:tc>
        <w:tc>
          <w:tcPr>
            <w:tcW w:type="dxa" w:w="2160"/>
          </w:tcPr>
          <w:p>
            <w:r>
              <w:t>+1.5 GB</w:t>
            </w:r>
          </w:p>
        </w:tc>
        <w:tc>
          <w:tcPr>
            <w:tcW w:type="dxa" w:w="2160"/>
          </w:tcPr>
          <w:p>
            <w:r>
              <w:t>~9 GB used</w:t>
            </w:r>
          </w:p>
        </w:tc>
        <w:tc>
          <w:tcPr>
            <w:tcW w:type="dxa" w:w="2160"/>
          </w:tcPr>
          <w:p>
            <w:r>
              <w:t>✅ Viable</w:t>
            </w:r>
          </w:p>
        </w:tc>
      </w:tr>
      <w:tr>
        <w:tc>
          <w:tcPr>
            <w:tcW w:type="dxa" w:w="2160"/>
          </w:tcPr>
          <w:p>
            <w:r>
              <w:t>+10 external</w:t>
            </w:r>
          </w:p>
        </w:tc>
        <w:tc>
          <w:tcPr>
            <w:tcW w:type="dxa" w:w="2160"/>
          </w:tcPr>
          <w:p>
            <w:r>
              <w:t>+3 GB</w:t>
            </w:r>
          </w:p>
        </w:tc>
        <w:tc>
          <w:tcPr>
            <w:tcW w:type="dxa" w:w="2160"/>
          </w:tcPr>
          <w:p>
            <w:r>
              <w:t>~11 GB used</w:t>
            </w:r>
          </w:p>
        </w:tc>
        <w:tc>
          <w:tcPr>
            <w:tcW w:type="dxa" w:w="2160"/>
          </w:tcPr>
          <w:p>
            <w:r>
              <w:t>⚠️ Tight</w:t>
            </w:r>
          </w:p>
        </w:tc>
      </w:tr>
    </w:tbl>
    <w:p/>
    <w:p>
      <w:pPr>
        <w:ind w:left="720"/>
      </w:pPr>
      <w:r>
        <w:rPr>
          <w:i/>
          <w:color w:val="666666"/>
        </w:rPr>
        <w:t>**Verdict**: **5-8 total agents** using external APIs — **no memory pressure**.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3"/>
      </w:pPr>
      <w:r>
        <w:t>Strategy B: Hybrid (1 Local + Rest External) — **64K Context**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Configuration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Local Model</w:t>
            </w:r>
          </w:p>
        </w:tc>
        <w:tc>
          <w:tcPr>
            <w:tcW w:type="dxa" w:w="1728"/>
          </w:tcPr>
          <w:p>
            <w:r>
              <w:rPr>
                <w:b/>
              </w:rPr>
              <w:t>External Agents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Total RAM</w:t>
            </w:r>
          </w:p>
        </w:tc>
        <w:tc>
          <w:tcPr>
            <w:tcW w:type="dxa" w:w="1728"/>
          </w:tcPr>
          <w:p>
            <w:r>
              <w:rPr>
                <w:b/>
              </w:rPr>
              <w:t>Verdict</w:t>
            </w:r>
          </w:p>
        </w:tc>
      </w:tr>
      <w:tr>
        <w:tc>
          <w:tcPr>
            <w:tcW w:type="dxa" w:w="1728"/>
          </w:tcPr>
          <w:p>
            <w:r>
              <w:t>**Current (Actual)**</w:t>
            </w:r>
          </w:p>
        </w:tc>
        <w:tc>
          <w:tcPr>
            <w:tcW w:type="dxa" w:w="1728"/>
          </w:tcPr>
          <w:p>
            <w:r>
              <w:t>**Qwen2.5-9B (Q4, 64K)**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**~20 GB**</w:t>
            </w:r>
          </w:p>
        </w:tc>
        <w:tc>
          <w:tcPr>
            <w:tcW w:type="dxa" w:w="1728"/>
          </w:tcPr>
          <w:p>
            <w:r>
              <w:t>⚠️ Tight baseline</w:t>
            </w:r>
          </w:p>
        </w:tc>
      </w:tr>
      <w:tr>
        <w:tc>
          <w:tcPr>
            <w:tcW w:type="dxa" w:w="1728"/>
          </w:tcPr>
          <w:p>
            <w:r>
              <w:t>**Add 1 ext**</w:t>
            </w:r>
          </w:p>
        </w:tc>
        <w:tc>
          <w:tcPr>
            <w:tcW w:type="dxa" w:w="1728"/>
          </w:tcPr>
          <w:p>
            <w:r>
              <w:t>Qwen2.5-9B (Q4, 64K)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~20.5 GB</w:t>
            </w:r>
          </w:p>
        </w:tc>
        <w:tc>
          <w:tcPr>
            <w:tcW w:type="dxa" w:w="1728"/>
          </w:tcPr>
          <w:p>
            <w:r>
              <w:t>⚠️ Very tight</w:t>
            </w:r>
          </w:p>
        </w:tc>
      </w:tr>
      <w:tr>
        <w:tc>
          <w:tcPr>
            <w:tcW w:type="dxa" w:w="1728"/>
          </w:tcPr>
          <w:p>
            <w:r>
              <w:t>**Add 2 ext**</w:t>
            </w:r>
          </w:p>
        </w:tc>
        <w:tc>
          <w:tcPr>
            <w:tcW w:type="dxa" w:w="1728"/>
          </w:tcPr>
          <w:p>
            <w:r>
              <w:t>Qwen2.5-9B (Q4, 64K)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~21 GB</w:t>
            </w:r>
          </w:p>
        </w:tc>
        <w:tc>
          <w:tcPr>
            <w:tcW w:type="dxa" w:w="1728"/>
          </w:tcPr>
          <w:p>
            <w:r>
              <w:t>❌ Risk of swap</w:t>
            </w:r>
          </w:p>
        </w:tc>
      </w:tr>
      <w:tr>
        <w:tc>
          <w:tcPr>
            <w:tcW w:type="dxa" w:w="1728"/>
          </w:tcPr>
          <w:p>
            <w:r>
              <w:t>**Downgrade to 7B**</w:t>
            </w:r>
          </w:p>
        </w:tc>
        <w:tc>
          <w:tcPr>
            <w:tcW w:type="dxa" w:w="1728"/>
          </w:tcPr>
          <w:p>
            <w:r>
              <w:t>Qwen2.5-7B (Q4, 64K)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~16 GB</w:t>
            </w:r>
          </w:p>
        </w:tc>
        <w:tc>
          <w:tcPr>
            <w:tcW w:type="dxa" w:w="1728"/>
          </w:tcPr>
          <w:p>
            <w:r>
              <w:t>✅ Comfortable</w:t>
            </w:r>
          </w:p>
        </w:tc>
      </w:tr>
      <w:tr>
        <w:tc>
          <w:tcPr>
            <w:tcW w:type="dxa" w:w="1728"/>
          </w:tcPr>
          <w:p>
            <w:r>
              <w:t>**7B + 3 ext**</w:t>
            </w:r>
          </w:p>
        </w:tc>
        <w:tc>
          <w:tcPr>
            <w:tcW w:type="dxa" w:w="1728"/>
          </w:tcPr>
          <w:p>
            <w:r>
              <w:t>Qwen2.5-7B (Q4, 64K)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~17.5 GB</w:t>
            </w:r>
          </w:p>
        </w:tc>
        <w:tc>
          <w:tcPr>
            <w:tcW w:type="dxa" w:w="1728"/>
          </w:tcPr>
          <w:p>
            <w:r>
              <w:t>✅ Viable</w:t>
            </w:r>
          </w:p>
        </w:tc>
      </w:tr>
      <w:tr>
        <w:tc>
          <w:tcPr>
            <w:tcW w:type="dxa" w:w="1728"/>
          </w:tcPr>
          <w:p>
            <w:r>
              <w:t>**Swap to 3B**</w:t>
            </w:r>
          </w:p>
        </w:tc>
        <w:tc>
          <w:tcPr>
            <w:tcW w:type="dxa" w:w="1728"/>
          </w:tcPr>
          <w:p>
            <w:r>
              <w:t>Llama-3.2-3B (Q4, 64K)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~9 GB</w:t>
            </w:r>
          </w:p>
        </w:tc>
        <w:tc>
          <w:tcPr>
            <w:tcW w:type="dxa" w:w="1728"/>
          </w:tcPr>
          <w:p>
            <w:r>
              <w:t>✅ Maximum headroom</w:t>
            </w:r>
          </w:p>
        </w:tc>
      </w:tr>
    </w:tbl>
    <w:p/>
    <w:p>
      <w:pPr>
        <w:ind w:left="720"/>
      </w:pPr>
      <w:r>
        <w:rPr>
          <w:i/>
          <w:color w:val="666666"/>
        </w:rPr>
        <w:t>**At 64K context, Qwen2.5-9B leaves only ~1-2 GB for additional agents** — barely 1-2 external agents.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3"/>
      </w:pPr>
      <w:r>
        <w:t>Strategy C: Multiple Local LLMs (Not Recommended)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Models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Total Model RAM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Feasibility</w:t>
            </w:r>
          </w:p>
        </w:tc>
      </w:tr>
      <w:tr>
        <w:tc>
          <w:tcPr>
            <w:tcW w:type="dxa" w:w="2880"/>
          </w:tcPr>
          <w:p>
            <w:r>
              <w:t>2 × 7B (Q4)</w:t>
            </w:r>
          </w:p>
        </w:tc>
        <w:tc>
          <w:tcPr>
            <w:tcW w:type="dxa" w:w="2880"/>
          </w:tcPr>
          <w:p>
            <w:r>
              <w:t>~18 GB + KV</w:t>
            </w:r>
          </w:p>
        </w:tc>
        <w:tc>
          <w:tcPr>
            <w:tcW w:type="dxa" w:w="2880"/>
          </w:tcPr>
          <w:p>
            <w:r>
              <w:t>❌ No headroom</w:t>
            </w:r>
          </w:p>
        </w:tc>
      </w:tr>
      <w:tr>
        <w:tc>
          <w:tcPr>
            <w:tcW w:type="dxa" w:w="2880"/>
          </w:tcPr>
          <w:p>
            <w:r>
              <w:t>1 × 7B + 1 × 3B</w:t>
            </w:r>
          </w:p>
        </w:tc>
        <w:tc>
          <w:tcPr>
            <w:tcW w:type="dxa" w:w="2880"/>
          </w:tcPr>
          <w:p>
            <w:r>
              <w:t>~13 GB + KV</w:t>
            </w:r>
          </w:p>
        </w:tc>
        <w:tc>
          <w:tcPr>
            <w:tcW w:type="dxa" w:w="2880"/>
          </w:tcPr>
          <w:p>
            <w:r>
              <w:t>⚠️ Very tight</w:t>
            </w:r>
          </w:p>
        </w:tc>
      </w:tr>
      <w:tr>
        <w:tc>
          <w:tcPr>
            <w:tcW w:type="dxa" w:w="2880"/>
          </w:tcPr>
          <w:p>
            <w:r>
              <w:t>3 × 3B</w:t>
            </w:r>
          </w:p>
        </w:tc>
        <w:tc>
          <w:tcPr>
            <w:tcW w:type="dxa" w:w="2880"/>
          </w:tcPr>
          <w:p>
            <w:r>
              <w:t>~12 GB + KV</w:t>
            </w:r>
          </w:p>
        </w:tc>
        <w:tc>
          <w:tcPr>
            <w:tcW w:type="dxa" w:w="2880"/>
          </w:tcPr>
          <w:p>
            <w:r>
              <w:t>⚠️ No buffer</w:t>
            </w:r>
          </w:p>
        </w:tc>
      </w:tr>
    </w:tbl>
    <w:p/>
    <w:p>
      <w:pPr>
        <w:ind w:left="720"/>
      </w:pPr>
      <w:r>
        <w:rPr>
          <w:i/>
          <w:color w:val="666666"/>
        </w:rPr>
        <w:t>**Apple Silicon limitation**: No VRAM separation. Multiple local models = additive memory pressure.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4. CPU/GPU/Neural Engine Utilization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Workload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M4 Resource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Scaling Behavior</w:t>
            </w:r>
          </w:p>
        </w:tc>
      </w:tr>
      <w:tr>
        <w:tc>
          <w:tcPr>
            <w:tcW w:type="dxa" w:w="2880"/>
          </w:tcPr>
          <w:p>
            <w:r>
              <w:t>**Hermes Gateway (orchestration)**</w:t>
            </w:r>
          </w:p>
        </w:tc>
        <w:tc>
          <w:tcPr>
            <w:tcW w:type="dxa" w:w="2880"/>
          </w:tcPr>
          <w:p>
            <w:r>
              <w:t>CPU (E-cores)</w:t>
            </w:r>
          </w:p>
        </w:tc>
        <w:tc>
          <w:tcPr>
            <w:tcW w:type="dxa" w:w="2880"/>
          </w:tcPr>
          <w:p>
            <w:r>
              <w:t>Negligible — ~1-2% per agent</w:t>
            </w:r>
          </w:p>
        </w:tc>
      </w:tr>
      <w:tr>
        <w:tc>
          <w:tcPr>
            <w:tcW w:type="dxa" w:w="2880"/>
          </w:tcPr>
          <w:p>
            <w:r>
              <w:t>**Local Inference (llama.cpp/MLX)**</w:t>
            </w:r>
          </w:p>
        </w:tc>
        <w:tc>
          <w:tcPr>
            <w:tcW w:type="dxa" w:w="2880"/>
          </w:tcPr>
          <w:p>
            <w:r>
              <w:t>GPU + Neural Engine</w:t>
            </w:r>
          </w:p>
        </w:tc>
        <w:tc>
          <w:tcPr>
            <w:tcW w:type="dxa" w:w="2880"/>
          </w:tcPr>
          <w:p>
            <w:r>
              <w:t>**Exclusive** — models don't share GPU well</w:t>
            </w:r>
          </w:p>
        </w:tc>
      </w:tr>
      <w:tr>
        <w:tc>
          <w:tcPr>
            <w:tcW w:type="dxa" w:w="2880"/>
          </w:tcPr>
          <w:p>
            <w:r>
              <w:t>**External API Calls**</w:t>
            </w:r>
          </w:p>
        </w:tc>
        <w:tc>
          <w:tcPr>
            <w:tcW w:type="dxa" w:w="2880"/>
          </w:tcPr>
          <w:p>
            <w:r>
              <w:t>CPU (network)</w:t>
            </w:r>
          </w:p>
        </w:tc>
        <w:tc>
          <w:tcPr>
            <w:tcW w:type="dxa" w:w="2880"/>
          </w:tcPr>
          <w:p>
            <w:r>
              <w:t>Negligible — I/O bound</w:t>
            </w:r>
          </w:p>
        </w:tc>
      </w:tr>
      <w:tr>
        <w:tc>
          <w:tcPr>
            <w:tcW w:type="dxa" w:w="2880"/>
          </w:tcPr>
          <w:p>
            <w:r>
              <w:t>**Tool Execution (Python, shell)**</w:t>
            </w:r>
          </w:p>
        </w:tc>
        <w:tc>
          <w:tcPr>
            <w:tcW w:type="dxa" w:w="2880"/>
          </w:tcPr>
          <w:p>
            <w:r>
              <w:t>CPU (P-cores)</w:t>
            </w:r>
          </w:p>
        </w:tc>
        <w:tc>
          <w:tcPr>
            <w:tcW w:type="dxa" w:w="2880"/>
          </w:tcPr>
          <w:p>
            <w:r>
              <w:t>Bursty, short-lived</w:t>
            </w:r>
          </w:p>
        </w:tc>
      </w:tr>
    </w:tbl>
    <w:p/>
    <w:p>
      <w:pPr>
        <w:pStyle w:val="Heading3"/>
      </w:pPr>
      <w:r>
        <w:t>Concurrency Limits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Resource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Limit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Practical Max</w:t>
            </w:r>
          </w:p>
        </w:tc>
      </w:tr>
      <w:tr>
        <w:tc>
          <w:tcPr>
            <w:tcW w:type="dxa" w:w="2880"/>
          </w:tcPr>
          <w:p>
            <w:r>
              <w:t>**CPU (Gateway overhead)**</w:t>
            </w:r>
          </w:p>
        </w:tc>
        <w:tc>
          <w:tcPr>
            <w:tcW w:type="dxa" w:w="2880"/>
          </w:tcPr>
          <w:p>
            <w:r>
              <w:t>10 cores</w:t>
            </w:r>
          </w:p>
        </w:tc>
        <w:tc>
          <w:tcPr>
            <w:tcW w:type="dxa" w:w="2880"/>
          </w:tcPr>
          <w:p>
            <w:r>
              <w:t>50+ agents</w:t>
            </w:r>
          </w:p>
        </w:tc>
      </w:tr>
      <w:tr>
        <w:tc>
          <w:tcPr>
            <w:tcW w:type="dxa" w:w="2880"/>
          </w:tcPr>
          <w:p>
            <w:r>
              <w:t>**GPU/NE (Local inference)**</w:t>
            </w:r>
          </w:p>
        </w:tc>
        <w:tc>
          <w:tcPr>
            <w:tcW w:type="dxa" w:w="2880"/>
          </w:tcPr>
          <w:p>
            <w:r>
              <w:t>**1 model at a time**</w:t>
            </w:r>
          </w:p>
        </w:tc>
        <w:tc>
          <w:tcPr>
            <w:tcW w:type="dxa" w:w="2880"/>
          </w:tcPr>
          <w:p>
            <w:r>
              <w:t>1-2 models (with context switching)</w:t>
            </w:r>
          </w:p>
        </w:tc>
      </w:tr>
      <w:tr>
        <w:tc>
          <w:tcPr>
            <w:tcW w:type="dxa" w:w="2880"/>
          </w:tcPr>
          <w:p>
            <w:r>
              <w:t>**Memory**</w:t>
            </w:r>
          </w:p>
        </w:tc>
        <w:tc>
          <w:tcPr>
            <w:tcW w:type="dxa" w:w="2880"/>
          </w:tcPr>
          <w:p>
            <w:r>
              <w:t>24 GB</w:t>
            </w:r>
          </w:p>
        </w:tc>
        <w:tc>
          <w:tcPr>
            <w:tcW w:type="dxa" w:w="2880"/>
          </w:tcPr>
          <w:p>
            <w:r>
              <w:t>**Hard limit**</w:t>
            </w:r>
          </w:p>
        </w:tc>
      </w:tr>
      <w:tr>
        <w:tc>
          <w:tcPr>
            <w:tcW w:type="dxa" w:w="2880"/>
          </w:tcPr>
          <w:p>
            <w:r>
              <w:t>**Disk I/O**</w:t>
            </w:r>
          </w:p>
        </w:tc>
        <w:tc>
          <w:tcPr>
            <w:tcW w:type="dxa" w:w="2880"/>
          </w:tcPr>
          <w:p>
            <w:r>
              <w:t>3-5 GB/s</w:t>
            </w:r>
          </w:p>
        </w:tc>
        <w:tc>
          <w:tcPr>
            <w:tcW w:type="dxa" w:w="2880"/>
          </w:tcPr>
          <w:p>
            <w:r>
              <w:t>Not a bottleneck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5. External LLM Provider Options for Mac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Provider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API Latency (from HK/APAC)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Cost/1K tokens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Models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1728"/>
          </w:tcPr>
          <w:p>
            <w:r>
              <w:t>**NVIDIA API**</w:t>
            </w:r>
          </w:p>
        </w:tc>
        <w:tc>
          <w:tcPr>
            <w:tcW w:type="dxa" w:w="1728"/>
          </w:tcPr>
          <w:p>
            <w:r>
              <w:t>~200-300ms</w:t>
            </w:r>
          </w:p>
        </w:tc>
        <w:tc>
          <w:tcPr>
            <w:tcW w:type="dxa" w:w="1728"/>
          </w:tcPr>
          <w:p>
            <w:r>
              <w:t>~$0.01-0.02</w:t>
            </w:r>
          </w:p>
        </w:tc>
        <w:tc>
          <w:tcPr>
            <w:tcW w:type="dxa" w:w="1728"/>
          </w:tcPr>
          <w:p>
            <w:r>
              <w:t>Nemotron 3 Ultra/Super/Lightning</w:t>
            </w:r>
          </w:p>
        </w:tc>
        <w:tc>
          <w:tcPr>
            <w:tcW w:type="dxa" w:w="1728"/>
          </w:tcPr>
          <w:p>
            <w:r>
              <w:t>Current setup</w:t>
            </w:r>
          </w:p>
        </w:tc>
      </w:tr>
      <w:tr>
        <w:tc>
          <w:tcPr>
            <w:tcW w:type="dxa" w:w="1728"/>
          </w:tcPr>
          <w:p>
            <w:r>
              <w:t>**OpenAI**</w:t>
            </w:r>
          </w:p>
        </w:tc>
        <w:tc>
          <w:tcPr>
            <w:tcW w:type="dxa" w:w="1728"/>
          </w:tcPr>
          <w:p>
            <w:r>
              <w:t>~300-500ms</w:t>
            </w:r>
          </w:p>
        </w:tc>
        <w:tc>
          <w:tcPr>
            <w:tcW w:type="dxa" w:w="1728"/>
          </w:tcPr>
          <w:p>
            <w:r>
              <w:t>$0.001-0.03</w:t>
            </w:r>
          </w:p>
        </w:tc>
        <w:tc>
          <w:tcPr>
            <w:tcW w:type="dxa" w:w="1728"/>
          </w:tcPr>
          <w:p>
            <w:r>
              <w:t>GPT-4o, o1, GPT-4o-mini</w:t>
            </w:r>
          </w:p>
        </w:tc>
        <w:tc>
          <w:tcPr>
            <w:tcW w:type="dxa" w:w="1728"/>
          </w:tcPr>
          <w:p>
            <w:r>
              <w:t>Expensive for high volume</w:t>
            </w:r>
          </w:p>
        </w:tc>
      </w:tr>
      <w:tr>
        <w:tc>
          <w:tcPr>
            <w:tcW w:type="dxa" w:w="1728"/>
          </w:tcPr>
          <w:p>
            <w:r>
              <w:t>**Anthropic**</w:t>
            </w:r>
          </w:p>
        </w:tc>
        <w:tc>
          <w:tcPr>
            <w:tcW w:type="dxa" w:w="1728"/>
          </w:tcPr>
          <w:p>
            <w:r>
              <w:t>~400-600ms</w:t>
            </w:r>
          </w:p>
        </w:tc>
        <w:tc>
          <w:tcPr>
            <w:tcW w:type="dxa" w:w="1728"/>
          </w:tcPr>
          <w:p>
            <w:r>
              <w:t>$0.003-0.015</w:t>
            </w:r>
          </w:p>
        </w:tc>
        <w:tc>
          <w:tcPr>
            <w:tcW w:type="dxa" w:w="1728"/>
          </w:tcPr>
          <w:p>
            <w:r>
              <w:t>Claude 3.5 Sonnet/Haiku</w:t>
            </w:r>
          </w:p>
        </w:tc>
        <w:tc>
          <w:tcPr>
            <w:tcW w:type="dxa" w:w="1728"/>
          </w:tcPr>
          <w:p>
            <w:r>
              <w:t>Good quality</w:t>
            </w:r>
          </w:p>
        </w:tc>
      </w:tr>
      <w:tr>
        <w:tc>
          <w:tcPr>
            <w:tcW w:type="dxa" w:w="1728"/>
          </w:tcPr>
          <w:p>
            <w:r>
              <w:t>**Google (Vertex)**</w:t>
            </w:r>
          </w:p>
        </w:tc>
        <w:tc>
          <w:tcPr>
            <w:tcW w:type="dxa" w:w="1728"/>
          </w:tcPr>
          <w:p>
            <w:r>
              <w:t>~200-400ms</w:t>
            </w:r>
          </w:p>
        </w:tc>
        <w:tc>
          <w:tcPr>
            <w:tcW w:type="dxa" w:w="1728"/>
          </w:tcPr>
          <w:p>
            <w:r>
              <w:t>$0.0005-0.0035</w:t>
            </w:r>
          </w:p>
        </w:tc>
        <w:tc>
          <w:tcPr>
            <w:tcW w:type="dxa" w:w="1728"/>
          </w:tcPr>
          <w:p>
            <w:r>
              <w:t>Gemini 1.5 Pro/Flash</w:t>
            </w:r>
          </w:p>
        </w:tc>
        <w:tc>
          <w:tcPr>
            <w:tcW w:type="dxa" w:w="1728"/>
          </w:tcPr>
          <w:p>
            <w:r>
              <w:t>Cheapest</w:t>
            </w:r>
          </w:p>
        </w:tc>
      </w:tr>
      <w:tr>
        <w:tc>
          <w:tcPr>
            <w:tcW w:type="dxa" w:w="1728"/>
          </w:tcPr>
          <w:p>
            <w:r>
              <w:t>**Together.ai**</w:t>
            </w:r>
          </w:p>
        </w:tc>
        <w:tc>
          <w:tcPr>
            <w:tcW w:type="dxa" w:w="1728"/>
          </w:tcPr>
          <w:p>
            <w:r>
              <w:t>~200-300ms</w:t>
            </w:r>
          </w:p>
        </w:tc>
        <w:tc>
          <w:tcPr>
            <w:tcW w:type="dxa" w:w="1728"/>
          </w:tcPr>
          <w:p>
            <w:r>
              <w:t>$0.001-0.009</w:t>
            </w:r>
          </w:p>
        </w:tc>
        <w:tc>
          <w:tcPr>
            <w:tcW w:type="dxa" w:w="1728"/>
          </w:tcPr>
          <w:p>
            <w:r>
              <w:t>Llama 3.1, Qwen, Mixtral</w:t>
            </w:r>
          </w:p>
        </w:tc>
        <w:tc>
          <w:tcPr>
            <w:tcW w:type="dxa" w:w="1728"/>
          </w:tcPr>
          <w:p>
            <w:r>
              <w:t>Open models</w:t>
            </w:r>
          </w:p>
        </w:tc>
      </w:tr>
      <w:tr>
        <w:tc>
          <w:tcPr>
            <w:tcW w:type="dxa" w:w="1728"/>
          </w:tcPr>
          <w:p>
            <w:r>
              <w:t>**Groq**</w:t>
            </w:r>
          </w:p>
        </w:tc>
        <w:tc>
          <w:tcPr>
            <w:tcW w:type="dxa" w:w="1728"/>
          </w:tcPr>
          <w:p>
            <w:r>
              <w:t>~100-200ms</w:t>
            </w:r>
          </w:p>
        </w:tc>
        <w:tc>
          <w:tcPr>
            <w:tcW w:type="dxa" w:w="1728"/>
          </w:tcPr>
          <w:p>
            <w:r>
              <w:t>$0.0001-0.001</w:t>
            </w:r>
          </w:p>
        </w:tc>
        <w:tc>
          <w:tcPr>
            <w:tcW w:type="dxa" w:w="1728"/>
          </w:tcPr>
          <w:p>
            <w:r>
              <w:t>Llama 3.1, Mixtral</w:t>
            </w:r>
          </w:p>
        </w:tc>
        <w:tc>
          <w:tcPr>
            <w:tcW w:type="dxa" w:w="1728"/>
          </w:tcPr>
          <w:p>
            <w:r>
              <w:t>**Fastest**, LPU inference</w:t>
            </w:r>
          </w:p>
        </w:tc>
      </w:tr>
      <w:tr>
        <w:tc>
          <w:tcPr>
            <w:tcW w:type="dxa" w:w="1728"/>
          </w:tcPr>
          <w:p>
            <w:r>
              <w:t>**Local (llama.cpp/MLX)**</w:t>
            </w:r>
          </w:p>
        </w:tc>
        <w:tc>
          <w:tcPr>
            <w:tcW w:type="dxa" w:w="1728"/>
          </w:tcPr>
          <w:p>
            <w:r>
              <w:t>**0ms (local)**</w:t>
            </w:r>
          </w:p>
        </w:tc>
        <w:tc>
          <w:tcPr>
            <w:tcW w:type="dxa" w:w="1728"/>
          </w:tcPr>
          <w:p>
            <w:r>
              <w:t>**Free**</w:t>
            </w:r>
          </w:p>
        </w:tc>
        <w:tc>
          <w:tcPr>
            <w:tcW w:type="dxa" w:w="1728"/>
          </w:tcPr>
          <w:p>
            <w:r>
              <w:t>Any GGUF/MLX</w:t>
            </w:r>
          </w:p>
        </w:tc>
        <w:tc>
          <w:tcPr>
            <w:tcW w:type="dxa" w:w="1728"/>
          </w:tcPr>
          <w:p>
            <w:r>
              <w:t>**Memory-bound**</w:t>
            </w:r>
          </w:p>
        </w:tc>
      </w:tr>
    </w:tbl>
    <w:p/>
    <w:p>
      <w:pPr>
        <w:ind w:left="720"/>
      </w:pPr>
      <w:r>
        <w:rPr>
          <w:i/>
          <w:color w:val="666666"/>
        </w:rPr>
        <w:t>**Recommendation for M4**: **Groq** (speed) + **Together.ai** (model variety) + **NVIDIA** (existing) as primary external providers.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6. Recommended Architecture for M4 Mac mini</w:t>
      </w:r>
    </w:p>
    <w:p/>
    <w:p>
      <w:pPr>
        <w:pStyle w:val="Heading3"/>
      </w:pPr>
      <w:r>
        <w:t>6.1 Agent Role Assignment — **With 64K Context Constraint**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Agent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Role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LLM Source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Memory</w:t>
            </w:r>
          </w:p>
        </w:tc>
      </w:tr>
      <w:tr>
        <w:tc>
          <w:tcPr>
            <w:tcW w:type="dxa" w:w="1728"/>
          </w:tcPr>
          <w:p>
            <w:r>
              <w:t>**agent1**</w:t>
            </w:r>
          </w:p>
        </w:tc>
        <w:tc>
          <w:tcPr>
            <w:tcW w:type="dxa" w:w="1728"/>
          </w:tcPr>
          <w:p>
            <w:r>
              <w:t>Router/Orchestrator</w:t>
            </w:r>
          </w:p>
        </w:tc>
        <w:tc>
          <w:tcPr>
            <w:tcW w:type="dxa" w:w="1728"/>
          </w:tcPr>
          <w:p>
            <w:r>
              <w:t>**External (Groq)**</w:t>
            </w:r>
          </w:p>
        </w:tc>
        <w:tc>
          <w:tcPr>
            <w:tcW w:type="dxa" w:w="1728"/>
          </w:tcPr>
          <w:p>
            <w:r>
              <w:t>Llama-3.1-70B (fast)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  <w:tr>
        <w:tc>
          <w:tcPr>
            <w:tcW w:type="dxa" w:w="1728"/>
          </w:tcPr>
          <w:p>
            <w:r>
              <w:t>**agent2**</w:t>
            </w:r>
          </w:p>
        </w:tc>
        <w:tc>
          <w:tcPr>
            <w:tcW w:type="dxa" w:w="1728"/>
          </w:tcPr>
          <w:p>
            <w:r>
              <w:t>Local Specialist</w:t>
            </w:r>
          </w:p>
        </w:tc>
        <w:tc>
          <w:tcPr>
            <w:tcW w:type="dxa" w:w="1728"/>
          </w:tcPr>
          <w:p>
            <w:r>
              <w:t>**Local (MLX/llama.cpp)**</w:t>
            </w:r>
          </w:p>
        </w:tc>
        <w:tc>
          <w:tcPr>
            <w:tcW w:type="dxa" w:w="1728"/>
          </w:tcPr>
          <w:p>
            <w:r>
              <w:t>**Qwen2.5-9B-Q4_K_M @ 64K**</w:t>
            </w:r>
          </w:p>
        </w:tc>
        <w:tc>
          <w:tcPr>
            <w:tcW w:type="dxa" w:w="1728"/>
          </w:tcPr>
          <w:p>
            <w:r>
              <w:t>**~17.7 GB**</w:t>
            </w:r>
          </w:p>
        </w:tc>
      </w:tr>
      <w:tr>
        <w:tc>
          <w:tcPr>
            <w:tcW w:type="dxa" w:w="1728"/>
          </w:tcPr>
          <w:p>
            <w:r>
              <w:t>**agent3**</w:t>
            </w:r>
          </w:p>
        </w:tc>
        <w:tc>
          <w:tcPr>
            <w:tcW w:type="dxa" w:w="1728"/>
          </w:tcPr>
          <w:p>
            <w:r>
              <w:t>Research/Analysis</w:t>
            </w:r>
          </w:p>
        </w:tc>
        <w:tc>
          <w:tcPr>
            <w:tcW w:type="dxa" w:w="1728"/>
          </w:tcPr>
          <w:p>
            <w:r>
              <w:t>**External (NVIDIA)**</w:t>
            </w:r>
          </w:p>
        </w:tc>
        <w:tc>
          <w:tcPr>
            <w:tcW w:type="dxa" w:w="1728"/>
          </w:tcPr>
          <w:p>
            <w:r>
              <w:t>Nemotron-3-Ultra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  <w:tr>
        <w:tc>
          <w:tcPr>
            <w:tcW w:type="dxa" w:w="1728"/>
          </w:tcPr>
          <w:p>
            <w:r>
              <w:t>**agent4**</w:t>
            </w:r>
          </w:p>
        </w:tc>
        <w:tc>
          <w:tcPr>
            <w:tcW w:type="dxa" w:w="1728"/>
          </w:tcPr>
          <w:p>
            <w:r>
              <w:t>Coding/Tools</w:t>
            </w:r>
          </w:p>
        </w:tc>
        <w:tc>
          <w:tcPr>
            <w:tcW w:type="dxa" w:w="1728"/>
          </w:tcPr>
          <w:p>
            <w:r>
              <w:t>**External (Together)**</w:t>
            </w:r>
          </w:p>
        </w:tc>
        <w:tc>
          <w:tcPr>
            <w:tcW w:type="dxa" w:w="1728"/>
          </w:tcPr>
          <w:p>
            <w:r>
              <w:t>Qwen2.5-Coder-32B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  <w:tr>
        <w:tc>
          <w:tcPr>
            <w:tcW w:type="dxa" w:w="1728"/>
          </w:tcPr>
          <w:p>
            <w:r>
              <w:t>**agent5**</w:t>
            </w:r>
          </w:p>
        </w:tc>
        <w:tc>
          <w:tcPr>
            <w:tcW w:type="dxa" w:w="1728"/>
          </w:tcPr>
          <w:p>
            <w:r>
              <w:t>Financial/Trading</w:t>
            </w:r>
          </w:p>
        </w:tc>
        <w:tc>
          <w:tcPr>
            <w:tcW w:type="dxa" w:w="1728"/>
          </w:tcPr>
          <w:p>
            <w:r>
              <w:t>**External (NVIDIA)**</w:t>
            </w:r>
          </w:p>
        </w:tc>
        <w:tc>
          <w:tcPr>
            <w:tcW w:type="dxa" w:w="1728"/>
          </w:tcPr>
          <w:p>
            <w:r>
              <w:t>Nemotron-3.5-Lightning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</w:tbl>
    <w:p/>
    <w:p>
      <w:r>
        <w:rPr>
          <w:rFonts w:ascii="Calibri" w:hAnsi="Calibri"/>
          <w:b/>
          <w:sz w:val="22"/>
        </w:rPr>
        <w:t>Total</w:t>
      </w:r>
      <w:r>
        <w:rPr>
          <w:rFonts w:ascii="Calibri" w:hAnsi="Calibri"/>
          <w:sz w:val="22"/>
        </w:rPr>
        <w:t xml:space="preserve">: </w:t>
      </w:r>
      <w:r>
        <w:rPr>
          <w:rFonts w:ascii="Calibri" w:hAnsi="Calibri"/>
          <w:b/>
          <w:sz w:val="22"/>
        </w:rPr>
        <w:t>5 agents</w:t>
      </w:r>
      <w:r>
        <w:rPr>
          <w:rFonts w:ascii="Calibri" w:hAnsi="Calibri"/>
          <w:sz w:val="22"/>
        </w:rPr>
        <w:t xml:space="preserve"> | </w:t>
      </w:r>
      <w:r>
        <w:rPr>
          <w:rFonts w:ascii="Calibri" w:hAnsi="Calibri"/>
          <w:b/>
          <w:sz w:val="22"/>
        </w:rPr>
        <w:t>Local RAM: ~17.7 GB</w:t>
      </w:r>
      <w:r>
        <w:rPr>
          <w:rFonts w:ascii="Calibri" w:hAnsi="Calibri"/>
          <w:sz w:val="22"/>
        </w:rPr>
        <w:t xml:space="preserve"> | </w:t>
      </w:r>
      <w:r>
        <w:rPr>
          <w:rFonts w:ascii="Calibri" w:hAnsi="Calibri"/>
          <w:b/>
          <w:sz w:val="22"/>
        </w:rPr>
        <w:t>Gateway RAM: ~1.5 GB</w:t>
      </w:r>
      <w:r>
        <w:rPr>
          <w:rFonts w:ascii="Calibri" w:hAnsi="Calibri"/>
          <w:sz w:val="22"/>
        </w:rPr>
        <w:t xml:space="preserve"> | </w:t>
      </w:r>
      <w:r>
        <w:rPr>
          <w:rFonts w:ascii="Calibri" w:hAnsi="Calibri"/>
          <w:b/>
          <w:sz w:val="22"/>
        </w:rPr>
        <w:t>System: ~6 GB</w:t>
      </w:r>
      <w:r>
        <w:rPr>
          <w:rFonts w:ascii="Calibri" w:hAnsi="Calibri"/>
          <w:sz w:val="22"/>
        </w:rPr>
        <w:t xml:space="preserve"> | </w:t>
      </w:r>
      <w:r>
        <w:rPr>
          <w:rFonts w:ascii="Calibri" w:hAnsi="Calibri"/>
          <w:b/>
          <w:sz w:val="22"/>
        </w:rPr>
        <w:t>Total: ~25.2 GB</w:t>
      </w:r>
      <w:r>
        <w:rPr>
          <w:rFonts w:ascii="Calibri" w:hAnsi="Calibri"/>
          <w:sz w:val="22"/>
        </w:rPr>
        <w:t xml:space="preserve"> | </w:t>
      </w:r>
      <w:r>
        <w:rPr>
          <w:rFonts w:ascii="Calibri" w:hAnsi="Calibri"/>
          <w:b/>
          <w:sz w:val="22"/>
        </w:rPr>
        <w:t>OVER BUDGET</w:t>
      </w:r>
      <w:r>
        <w:rPr>
          <w:rFonts w:ascii="Calibri" w:hAnsi="Calibri"/>
          <w:sz w:val="22"/>
        </w:rPr>
        <w:t xml:space="preserve"> ❌</w:t>
      </w:r>
    </w:p>
    <w:p/>
    <w:p>
      <w:pPr>
        <w:ind w:left="720"/>
      </w:pPr>
      <w:r>
        <w:rPr>
          <w:i/>
          <w:color w:val="666666"/>
        </w:rPr>
        <w:t>**Reality Check**: At 64K context, **Qwen2.5-9B alone uses ~17.7 GB**. With macOS (6 GB) + 4 external agents (1.2 GB), you're at **~25 GB — exceeding 24 GB physical RAM**.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3"/>
      </w:pPr>
      <w:r>
        <w:t>6.1.1 Viable Alternatives: Reduce Local Context or Model Size</w:t>
      </w:r>
    </w:p>
    <w:p/>
    <w:p>
      <w:r>
        <w:rPr>
          <w:rFonts w:ascii="Calibri" w:hAnsi="Calibri"/>
          <w:b/>
          <w:sz w:val="22"/>
        </w:rPr>
        <w:t>Option A: Qwen2.5-9B @ 32K Context (if Hermes allows 32K)</w:t>
      </w:r>
    </w:p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Agent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Role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LLM Source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Memory</w:t>
            </w:r>
          </w:p>
        </w:tc>
      </w:tr>
      <w:tr>
        <w:tc>
          <w:tcPr>
            <w:tcW w:type="dxa" w:w="1728"/>
          </w:tcPr>
          <w:p>
            <w:r>
              <w:t>agent1</w:t>
            </w:r>
          </w:p>
        </w:tc>
        <w:tc>
          <w:tcPr>
            <w:tcW w:type="dxa" w:w="1728"/>
          </w:tcPr>
          <w:p>
            <w:r>
              <w:t>Router</w:t>
            </w:r>
          </w:p>
        </w:tc>
        <w:tc>
          <w:tcPr>
            <w:tcW w:type="dxa" w:w="1728"/>
          </w:tcPr>
          <w:p>
            <w:r>
              <w:t>External (Groq)</w:t>
            </w:r>
          </w:p>
        </w:tc>
        <w:tc>
          <w:tcPr>
            <w:tcW w:type="dxa" w:w="1728"/>
          </w:tcPr>
          <w:p>
            <w:r>
              <w:t>Llama-3.1-70B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  <w:tr>
        <w:tc>
          <w:tcPr>
            <w:tcW w:type="dxa" w:w="1728"/>
          </w:tcPr>
          <w:p>
            <w:r>
              <w:t>agent2</w:t>
            </w:r>
          </w:p>
        </w:tc>
        <w:tc>
          <w:tcPr>
            <w:tcW w:type="dxa" w:w="1728"/>
          </w:tcPr>
          <w:p>
            <w:r>
              <w:t>Local Specialist</w:t>
            </w:r>
          </w:p>
        </w:tc>
        <w:tc>
          <w:tcPr>
            <w:tcW w:type="dxa" w:w="1728"/>
          </w:tcPr>
          <w:p>
            <w:r>
              <w:t>Local (MLX)</w:t>
            </w:r>
          </w:p>
        </w:tc>
        <w:tc>
          <w:tcPr>
            <w:tcW w:type="dxa" w:w="1728"/>
          </w:tcPr>
          <w:p>
            <w:r>
              <w:t>**Qwen2.5-9B-Q4 @ 32K**</w:t>
            </w:r>
          </w:p>
        </w:tc>
        <w:tc>
          <w:tcPr>
            <w:tcW w:type="dxa" w:w="1728"/>
          </w:tcPr>
          <w:p>
            <w:r>
              <w:t>**~11.5 GB**</w:t>
            </w:r>
          </w:p>
        </w:tc>
      </w:tr>
      <w:tr>
        <w:tc>
          <w:tcPr>
            <w:tcW w:type="dxa" w:w="1728"/>
          </w:tcPr>
          <w:p>
            <w:r>
              <w:t>agent3</w:t>
            </w:r>
          </w:p>
        </w:tc>
        <w:tc>
          <w:tcPr>
            <w:tcW w:type="dxa" w:w="1728"/>
          </w:tcPr>
          <w:p>
            <w:r>
              <w:t>Research</w:t>
            </w:r>
          </w:p>
        </w:tc>
        <w:tc>
          <w:tcPr>
            <w:tcW w:type="dxa" w:w="1728"/>
          </w:tcPr>
          <w:p>
            <w:r>
              <w:t>External (NVIDIA)</w:t>
            </w:r>
          </w:p>
        </w:tc>
        <w:tc>
          <w:tcPr>
            <w:tcW w:type="dxa" w:w="1728"/>
          </w:tcPr>
          <w:p>
            <w:r>
              <w:t>Nemotron-3-Ultra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  <w:tr>
        <w:tc>
          <w:tcPr>
            <w:tcW w:type="dxa" w:w="1728"/>
          </w:tcPr>
          <w:p>
            <w:r>
              <w:t>agent4</w:t>
            </w:r>
          </w:p>
        </w:tc>
        <w:tc>
          <w:tcPr>
            <w:tcW w:type="dxa" w:w="1728"/>
          </w:tcPr>
          <w:p>
            <w:r>
              <w:t>Coding</w:t>
            </w:r>
          </w:p>
        </w:tc>
        <w:tc>
          <w:tcPr>
            <w:tcW w:type="dxa" w:w="1728"/>
          </w:tcPr>
          <w:p>
            <w:r>
              <w:t>External (Together)</w:t>
            </w:r>
          </w:p>
        </w:tc>
        <w:tc>
          <w:tcPr>
            <w:tcW w:type="dxa" w:w="1728"/>
          </w:tcPr>
          <w:p>
            <w:r>
              <w:t>Qwen2.5-Coder-32B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  <w:tr>
        <w:tc>
          <w:tcPr>
            <w:tcW w:type="dxa" w:w="1728"/>
          </w:tcPr>
          <w:p>
            <w:r>
              <w:t>agent5</w:t>
            </w:r>
          </w:p>
        </w:tc>
        <w:tc>
          <w:tcPr>
            <w:tcW w:type="dxa" w:w="1728"/>
          </w:tcPr>
          <w:p>
            <w:r>
              <w:t>Trading</w:t>
            </w:r>
          </w:p>
        </w:tc>
        <w:tc>
          <w:tcPr>
            <w:tcW w:type="dxa" w:w="1728"/>
          </w:tcPr>
          <w:p>
            <w:r>
              <w:t>External (NVIDIA)</w:t>
            </w:r>
          </w:p>
        </w:tc>
        <w:tc>
          <w:tcPr>
            <w:tcW w:type="dxa" w:w="1728"/>
          </w:tcPr>
          <w:p>
            <w:r>
              <w:t>Nemotron-3.5-Lightning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  <w:tr>
        <w:tc>
          <w:tcPr>
            <w:tcW w:type="dxa" w:w="1728"/>
          </w:tcPr>
          <w:p>
            <w:r>
              <w:t>agent6</w:t>
            </w:r>
          </w:p>
        </w:tc>
        <w:tc>
          <w:tcPr>
            <w:tcW w:type="dxa" w:w="1728"/>
          </w:tcPr>
          <w:p>
            <w:r>
              <w:t>Creative</w:t>
            </w:r>
          </w:p>
        </w:tc>
        <w:tc>
          <w:tcPr>
            <w:tcW w:type="dxa" w:w="1728"/>
          </w:tcPr>
          <w:p>
            <w:r>
              <w:t>External (Anthropic)</w:t>
            </w:r>
          </w:p>
        </w:tc>
        <w:tc>
          <w:tcPr>
            <w:tcW w:type="dxa" w:w="1728"/>
          </w:tcPr>
          <w:p>
            <w:r>
              <w:t>Claude 3.5 Haiku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  <w:tr>
        <w:tc>
          <w:tcPr>
            <w:tcW w:type="dxa" w:w="1728"/>
          </w:tcPr>
          <w:p>
            <w:r>
              <w:t>agent7</w:t>
            </w:r>
          </w:p>
        </w:tc>
        <w:tc>
          <w:tcPr>
            <w:tcW w:type="dxa" w:w="1728"/>
          </w:tcPr>
          <w:p>
            <w:r>
              <w:t>Monitor</w:t>
            </w:r>
          </w:p>
        </w:tc>
        <w:tc>
          <w:tcPr>
            <w:tcW w:type="dxa" w:w="1728"/>
          </w:tcPr>
          <w:p>
            <w:r>
              <w:t>External (Groq)</w:t>
            </w:r>
          </w:p>
        </w:tc>
        <w:tc>
          <w:tcPr>
            <w:tcW w:type="dxa" w:w="1728"/>
          </w:tcPr>
          <w:p>
            <w:r>
              <w:t>Llama-3.1-8B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  <w:tr>
        <w:tc>
          <w:tcPr>
            <w:tcW w:type="dxa" w:w="1728"/>
          </w:tcPr>
          <w:p>
            <w:r>
              <w:t>**Total: 7 agents</w:t>
            </w:r>
          </w:p>
        </w:tc>
        <w:tc>
          <w:tcPr>
            <w:tcW w:type="dxa" w:w="1728"/>
          </w:tcPr>
          <w:p>
            <w:r>
              <w:t>~19.5 GB</w:t>
            </w:r>
          </w:p>
        </w:tc>
        <w:tc>
          <w:tcPr>
            <w:tcW w:type="dxa" w:w="1728"/>
          </w:tcPr>
          <w:p>
            <w:r>
              <w:t>Buffer: 4.5 GB** ✅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/>
    <w:p>
      <w:r>
        <w:rPr>
          <w:rFonts w:ascii="Calibri" w:hAnsi="Calibri"/>
          <w:b/>
          <w:sz w:val="22"/>
        </w:rPr>
        <w:t>Option B: Qwen2.5-7B @ 64K Context (meets 64K requirement)</w:t>
      </w:r>
    </w:p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Agent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Role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LLM Source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Memory</w:t>
            </w:r>
          </w:p>
        </w:tc>
      </w:tr>
      <w:tr>
        <w:tc>
          <w:tcPr>
            <w:tcW w:type="dxa" w:w="1728"/>
          </w:tcPr>
          <w:p>
            <w:r>
              <w:t>agent1</w:t>
            </w:r>
          </w:p>
        </w:tc>
        <w:tc>
          <w:tcPr>
            <w:tcW w:type="dxa" w:w="1728"/>
          </w:tcPr>
          <w:p>
            <w:r>
              <w:t>Router</w:t>
            </w:r>
          </w:p>
        </w:tc>
        <w:tc>
          <w:tcPr>
            <w:tcW w:type="dxa" w:w="1728"/>
          </w:tcPr>
          <w:p>
            <w:r>
              <w:t>External (Groq)</w:t>
            </w:r>
          </w:p>
        </w:tc>
        <w:tc>
          <w:tcPr>
            <w:tcW w:type="dxa" w:w="1728"/>
          </w:tcPr>
          <w:p>
            <w:r>
              <w:t>Llama-3.1-70B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  <w:tr>
        <w:tc>
          <w:tcPr>
            <w:tcW w:type="dxa" w:w="1728"/>
          </w:tcPr>
          <w:p>
            <w:r>
              <w:t>agent2</w:t>
            </w:r>
          </w:p>
        </w:tc>
        <w:tc>
          <w:tcPr>
            <w:tcW w:type="dxa" w:w="1728"/>
          </w:tcPr>
          <w:p>
            <w:r>
              <w:t>Local Specialist</w:t>
            </w:r>
          </w:p>
        </w:tc>
        <w:tc>
          <w:tcPr>
            <w:tcW w:type="dxa" w:w="1728"/>
          </w:tcPr>
          <w:p>
            <w:r>
              <w:t>Local (MLX)</w:t>
            </w:r>
          </w:p>
        </w:tc>
        <w:tc>
          <w:tcPr>
            <w:tcW w:type="dxa" w:w="1728"/>
          </w:tcPr>
          <w:p>
            <w:r>
              <w:t>**Qwen2.5-7B-Q4 @ 64K**</w:t>
            </w:r>
          </w:p>
        </w:tc>
        <w:tc>
          <w:tcPr>
            <w:tcW w:type="dxa" w:w="1728"/>
          </w:tcPr>
          <w:p>
            <w:r>
              <w:t>**~13.7 GB**</w:t>
            </w:r>
          </w:p>
        </w:tc>
      </w:tr>
      <w:tr>
        <w:tc>
          <w:tcPr>
            <w:tcW w:type="dxa" w:w="1728"/>
          </w:tcPr>
          <w:p>
            <w:r>
              <w:t>agent3</w:t>
            </w:r>
          </w:p>
        </w:tc>
        <w:tc>
          <w:tcPr>
            <w:tcW w:type="dxa" w:w="1728"/>
          </w:tcPr>
          <w:p>
            <w:r>
              <w:t>Research</w:t>
            </w:r>
          </w:p>
        </w:tc>
        <w:tc>
          <w:tcPr>
            <w:tcW w:type="dxa" w:w="1728"/>
          </w:tcPr>
          <w:p>
            <w:r>
              <w:t>External (NVIDIA)</w:t>
            </w:r>
          </w:p>
        </w:tc>
        <w:tc>
          <w:tcPr>
            <w:tcW w:type="dxa" w:w="1728"/>
          </w:tcPr>
          <w:p>
            <w:r>
              <w:t>Nemotron-3-Ultra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  <w:tr>
        <w:tc>
          <w:tcPr>
            <w:tcW w:type="dxa" w:w="1728"/>
          </w:tcPr>
          <w:p>
            <w:r>
              <w:t>agent4</w:t>
            </w:r>
          </w:p>
        </w:tc>
        <w:tc>
          <w:tcPr>
            <w:tcW w:type="dxa" w:w="1728"/>
          </w:tcPr>
          <w:p>
            <w:r>
              <w:t>Coding</w:t>
            </w:r>
          </w:p>
        </w:tc>
        <w:tc>
          <w:tcPr>
            <w:tcW w:type="dxa" w:w="1728"/>
          </w:tcPr>
          <w:p>
            <w:r>
              <w:t>External (Together)</w:t>
            </w:r>
          </w:p>
        </w:tc>
        <w:tc>
          <w:tcPr>
            <w:tcW w:type="dxa" w:w="1728"/>
          </w:tcPr>
          <w:p>
            <w:r>
              <w:t>Qwen2.5-Coder-32B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  <w:tr>
        <w:tc>
          <w:tcPr>
            <w:tcW w:type="dxa" w:w="1728"/>
          </w:tcPr>
          <w:p>
            <w:r>
              <w:t>agent5</w:t>
            </w:r>
          </w:p>
        </w:tc>
        <w:tc>
          <w:tcPr>
            <w:tcW w:type="dxa" w:w="1728"/>
          </w:tcPr>
          <w:p>
            <w:r>
              <w:t>Trading</w:t>
            </w:r>
          </w:p>
        </w:tc>
        <w:tc>
          <w:tcPr>
            <w:tcW w:type="dxa" w:w="1728"/>
          </w:tcPr>
          <w:p>
            <w:r>
              <w:t>External (NVIDIA)</w:t>
            </w:r>
          </w:p>
        </w:tc>
        <w:tc>
          <w:tcPr>
            <w:tcW w:type="dxa" w:w="1728"/>
          </w:tcPr>
          <w:p>
            <w:r>
              <w:t>Nemotron-3.5-Lightning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  <w:tr>
        <w:tc>
          <w:tcPr>
            <w:tcW w:type="dxa" w:w="1728"/>
          </w:tcPr>
          <w:p>
            <w:r>
              <w:t>agent6</w:t>
            </w:r>
          </w:p>
        </w:tc>
        <w:tc>
          <w:tcPr>
            <w:tcW w:type="dxa" w:w="1728"/>
          </w:tcPr>
          <w:p>
            <w:r>
              <w:t>Creative</w:t>
            </w:r>
          </w:p>
        </w:tc>
        <w:tc>
          <w:tcPr>
            <w:tcW w:type="dxa" w:w="1728"/>
          </w:tcPr>
          <w:p>
            <w:r>
              <w:t>External (Anthropic)</w:t>
            </w:r>
          </w:p>
        </w:tc>
        <w:tc>
          <w:tcPr>
            <w:tcW w:type="dxa" w:w="1728"/>
          </w:tcPr>
          <w:p>
            <w:r>
              <w:t>Claude 3.5 Haiku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  <w:tr>
        <w:tc>
          <w:tcPr>
            <w:tcW w:type="dxa" w:w="1728"/>
          </w:tcPr>
          <w:p>
            <w:r>
              <w:t>**Total: 6 agents</w:t>
            </w:r>
          </w:p>
        </w:tc>
        <w:tc>
          <w:tcPr>
            <w:tcW w:type="dxa" w:w="1728"/>
          </w:tcPr>
          <w:p>
            <w:r>
              <w:t>~17.5 GB</w:t>
            </w:r>
          </w:p>
        </w:tc>
        <w:tc>
          <w:tcPr>
            <w:tcW w:type="dxa" w:w="1728"/>
          </w:tcPr>
          <w:p>
            <w:r>
              <w:t>Buffer: 6.5 GB** ✅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/>
    <w:p>
      <w:r>
        <w:rPr>
          <w:rFonts w:ascii="Calibri" w:hAnsi="Calibri"/>
          <w:b/>
          <w:sz w:val="22"/>
        </w:rPr>
        <w:t>Option C: Llama-3.2-3B @ 64K Context (maximum headroom)</w:t>
      </w:r>
    </w:p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Agent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Role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LLM Source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Memory</w:t>
            </w:r>
          </w:p>
        </w:tc>
      </w:tr>
      <w:tr>
        <w:tc>
          <w:tcPr>
            <w:tcW w:type="dxa" w:w="1728"/>
          </w:tcPr>
          <w:p>
            <w:r>
              <w:t>agent1</w:t>
            </w:r>
          </w:p>
        </w:tc>
        <w:tc>
          <w:tcPr>
            <w:tcW w:type="dxa" w:w="1728"/>
          </w:tcPr>
          <w:p>
            <w:r>
              <w:t>Router</w:t>
            </w:r>
          </w:p>
        </w:tc>
        <w:tc>
          <w:tcPr>
            <w:tcW w:type="dxa" w:w="1728"/>
          </w:tcPr>
          <w:p>
            <w:r>
              <w:t>External (Groq)</w:t>
            </w:r>
          </w:p>
        </w:tc>
        <w:tc>
          <w:tcPr>
            <w:tcW w:type="dxa" w:w="1728"/>
          </w:tcPr>
          <w:p>
            <w:r>
              <w:t>Llama-3.1-70B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  <w:tr>
        <w:tc>
          <w:tcPr>
            <w:tcW w:type="dxa" w:w="1728"/>
          </w:tcPr>
          <w:p>
            <w:r>
              <w:t>agent2</w:t>
            </w:r>
          </w:p>
        </w:tc>
        <w:tc>
          <w:tcPr>
            <w:tcW w:type="dxa" w:w="1728"/>
          </w:tcPr>
          <w:p>
            <w:r>
              <w:t>Local Specialist</w:t>
            </w:r>
          </w:p>
        </w:tc>
        <w:tc>
          <w:tcPr>
            <w:tcW w:type="dxa" w:w="1728"/>
          </w:tcPr>
          <w:p>
            <w:r>
              <w:t>Local (MLX)</w:t>
            </w:r>
          </w:p>
        </w:tc>
        <w:tc>
          <w:tcPr>
            <w:tcW w:type="dxa" w:w="1728"/>
          </w:tcPr>
          <w:p>
            <w:r>
              <w:t>**Llama-3.2-3B-Q4 @ 64K**</w:t>
            </w:r>
          </w:p>
        </w:tc>
        <w:tc>
          <w:tcPr>
            <w:tcW w:type="dxa" w:w="1728"/>
          </w:tcPr>
          <w:p>
            <w:r>
              <w:t>**~6.8 GB**</w:t>
            </w:r>
          </w:p>
        </w:tc>
      </w:tr>
      <w:tr>
        <w:tc>
          <w:tcPr>
            <w:tcW w:type="dxa" w:w="1728"/>
          </w:tcPr>
          <w:p>
            <w:r>
              <w:t>agent3</w:t>
            </w:r>
          </w:p>
        </w:tc>
        <w:tc>
          <w:tcPr>
            <w:tcW w:type="dxa" w:w="1728"/>
          </w:tcPr>
          <w:p>
            <w:r>
              <w:t>Research</w:t>
            </w:r>
          </w:p>
        </w:tc>
        <w:tc>
          <w:tcPr>
            <w:tcW w:type="dxa" w:w="1728"/>
          </w:tcPr>
          <w:p>
            <w:r>
              <w:t>External (NVIDIA)</w:t>
            </w:r>
          </w:p>
        </w:tc>
        <w:tc>
          <w:tcPr>
            <w:tcW w:type="dxa" w:w="1728"/>
          </w:tcPr>
          <w:p>
            <w:r>
              <w:t>Nemotron-3-Ultra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  <w:tr>
        <w:tc>
          <w:tcPr>
            <w:tcW w:type="dxa" w:w="1728"/>
          </w:tcPr>
          <w:p>
            <w:r>
              <w:t>agent4</w:t>
            </w:r>
          </w:p>
        </w:tc>
        <w:tc>
          <w:tcPr>
            <w:tcW w:type="dxa" w:w="1728"/>
          </w:tcPr>
          <w:p>
            <w:r>
              <w:t>Coding</w:t>
            </w:r>
          </w:p>
        </w:tc>
        <w:tc>
          <w:tcPr>
            <w:tcW w:type="dxa" w:w="1728"/>
          </w:tcPr>
          <w:p>
            <w:r>
              <w:t>External (Together)</w:t>
            </w:r>
          </w:p>
        </w:tc>
        <w:tc>
          <w:tcPr>
            <w:tcW w:type="dxa" w:w="1728"/>
          </w:tcPr>
          <w:p>
            <w:r>
              <w:t>Qwen2.5-Coder-32B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  <w:tr>
        <w:tc>
          <w:tcPr>
            <w:tcW w:type="dxa" w:w="1728"/>
          </w:tcPr>
          <w:p>
            <w:r>
              <w:t>agent5</w:t>
            </w:r>
          </w:p>
        </w:tc>
        <w:tc>
          <w:tcPr>
            <w:tcW w:type="dxa" w:w="1728"/>
          </w:tcPr>
          <w:p>
            <w:r>
              <w:t>Trading</w:t>
            </w:r>
          </w:p>
        </w:tc>
        <w:tc>
          <w:tcPr>
            <w:tcW w:type="dxa" w:w="1728"/>
          </w:tcPr>
          <w:p>
            <w:r>
              <w:t>External (NVIDIA)</w:t>
            </w:r>
          </w:p>
        </w:tc>
        <w:tc>
          <w:tcPr>
            <w:tcW w:type="dxa" w:w="1728"/>
          </w:tcPr>
          <w:p>
            <w:r>
              <w:t>Nemotron-3.5-Lightning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  <w:tr>
        <w:tc>
          <w:tcPr>
            <w:tcW w:type="dxa" w:w="1728"/>
          </w:tcPr>
          <w:p>
            <w:r>
              <w:t>agent6</w:t>
            </w:r>
          </w:p>
        </w:tc>
        <w:tc>
          <w:tcPr>
            <w:tcW w:type="dxa" w:w="1728"/>
          </w:tcPr>
          <w:p>
            <w:r>
              <w:t>Creative</w:t>
            </w:r>
          </w:p>
        </w:tc>
        <w:tc>
          <w:tcPr>
            <w:tcW w:type="dxa" w:w="1728"/>
          </w:tcPr>
          <w:p>
            <w:r>
              <w:t>External (Anthropic)</w:t>
            </w:r>
          </w:p>
        </w:tc>
        <w:tc>
          <w:tcPr>
            <w:tcW w:type="dxa" w:w="1728"/>
          </w:tcPr>
          <w:p>
            <w:r>
              <w:t>Claude 3.5 Haiku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  <w:tr>
        <w:tc>
          <w:tcPr>
            <w:tcW w:type="dxa" w:w="1728"/>
          </w:tcPr>
          <w:p>
            <w:r>
              <w:t>agent7</w:t>
            </w:r>
          </w:p>
        </w:tc>
        <w:tc>
          <w:tcPr>
            <w:tcW w:type="dxa" w:w="1728"/>
          </w:tcPr>
          <w:p>
            <w:r>
              <w:t>Monitor</w:t>
            </w:r>
          </w:p>
        </w:tc>
        <w:tc>
          <w:tcPr>
            <w:tcW w:type="dxa" w:w="1728"/>
          </w:tcPr>
          <w:p>
            <w:r>
              <w:t>External (Groq)</w:t>
            </w:r>
          </w:p>
        </w:tc>
        <w:tc>
          <w:tcPr>
            <w:tcW w:type="dxa" w:w="1728"/>
          </w:tcPr>
          <w:p>
            <w:r>
              <w:t>Llama-3.1-8B</w:t>
            </w:r>
          </w:p>
        </w:tc>
        <w:tc>
          <w:tcPr>
            <w:tcW w:type="dxa" w:w="1728"/>
          </w:tcPr>
          <w:p>
            <w:r>
              <w:t>300 MB</w:t>
            </w:r>
          </w:p>
        </w:tc>
      </w:tr>
      <w:tr>
        <w:tc>
          <w:tcPr>
            <w:tcW w:type="dxa" w:w="1728"/>
          </w:tcPr>
          <w:p>
            <w:r>
              <w:t>**Total: 7 agents</w:t>
            </w:r>
          </w:p>
        </w:tc>
        <w:tc>
          <w:tcPr>
            <w:tcW w:type="dxa" w:w="1728"/>
          </w:tcPr>
          <w:p>
            <w:r>
              <w:t>~11 GB</w:t>
            </w:r>
          </w:p>
        </w:tc>
        <w:tc>
          <w:tcPr>
            <w:tcW w:type="dxa" w:w="1728"/>
          </w:tcPr>
          <w:p>
            <w:r>
              <w:t>Buffer: 13 GB** ✅✅✅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3"/>
      </w:pPr>
      <w:r>
        <w:t>6.2 Local Model Recommendation (Agent2) — 64K Context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Priority</w:t>
            </w:r>
          </w:p>
        </w:tc>
        <w:tc>
          <w:tcPr>
            <w:tcW w:type="dxa" w:w="123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234"/>
          </w:tcPr>
          <w:p>
            <w:r>
              <w:rPr>
                <w:b/>
              </w:rPr>
              <w:t>Size</w:t>
            </w:r>
          </w:p>
        </w:tc>
        <w:tc>
          <w:tcPr>
            <w:tcW w:type="dxa" w:w="1234"/>
          </w:tcPr>
          <w:p>
            <w:r>
              <w:rPr>
                <w:b/>
              </w:rPr>
              <w:t>Quant</w:t>
            </w:r>
          </w:p>
        </w:tc>
        <w:tc>
          <w:tcPr>
            <w:tcW w:type="dxa" w:w="1234"/>
          </w:tcPr>
          <w:p>
            <w:r>
              <w:rPr>
                <w:b/>
              </w:rPr>
              <w:t>Context</w:t>
            </w:r>
          </w:p>
        </w:tc>
        <w:tc>
          <w:tcPr>
            <w:tcW w:type="dxa" w:w="1234"/>
          </w:tcPr>
          <w:p>
            <w:r>
              <w:rPr>
                <w:b/>
              </w:rPr>
              <w:t>Use Case</w:t>
            </w:r>
          </w:p>
        </w:tc>
        <w:tc>
          <w:tcPr>
            <w:tcW w:type="dxa" w:w="1234"/>
          </w:tcPr>
          <w:p>
            <w:r>
              <w:rPr>
                <w:b/>
              </w:rPr>
              <w:t>RAM (64K)</w:t>
            </w:r>
          </w:p>
        </w:tc>
      </w:tr>
      <w:tr>
        <w:tc>
          <w:tcPr>
            <w:tcW w:type="dxa" w:w="1234"/>
          </w:tcPr>
          <w:p>
            <w:r>
              <w:t>**1**</w:t>
            </w:r>
          </w:p>
        </w:tc>
        <w:tc>
          <w:tcPr>
            <w:tcW w:type="dxa" w:w="1234"/>
          </w:tcPr>
          <w:p>
            <w:r>
              <w:t>**Qwen2.5-7B-Instruct**</w:t>
            </w:r>
          </w:p>
        </w:tc>
        <w:tc>
          <w:tcPr>
            <w:tcW w:type="dxa" w:w="1234"/>
          </w:tcPr>
          <w:p>
            <w:r>
              <w:t>7B</w:t>
            </w:r>
          </w:p>
        </w:tc>
        <w:tc>
          <w:tcPr>
            <w:tcW w:type="dxa" w:w="1234"/>
          </w:tcPr>
          <w:p>
            <w:r>
              <w:t>Q4_K_M</w:t>
            </w:r>
          </w:p>
        </w:tc>
        <w:tc>
          <w:tcPr>
            <w:tcW w:type="dxa" w:w="1234"/>
          </w:tcPr>
          <w:p>
            <w:r>
              <w:t>64K</w:t>
            </w:r>
          </w:p>
        </w:tc>
        <w:tc>
          <w:tcPr>
            <w:tcW w:type="dxa" w:w="1234"/>
          </w:tcPr>
          <w:p>
            <w:r>
              <w:t>**Meets 64K req, best balance**</w:t>
            </w:r>
          </w:p>
        </w:tc>
        <w:tc>
          <w:tcPr>
            <w:tcW w:type="dxa" w:w="1234"/>
          </w:tcPr>
          <w:p>
            <w:r>
              <w:t>**~13.7 GB**</w:t>
            </w:r>
          </w:p>
        </w:tc>
      </w:tr>
      <w:tr>
        <w:tc>
          <w:tcPr>
            <w:tcW w:type="dxa" w:w="1234"/>
          </w:tcPr>
          <w:p>
            <w:r>
              <w:t>**2**</w:t>
            </w:r>
          </w:p>
        </w:tc>
        <w:tc>
          <w:tcPr>
            <w:tcW w:type="dxa" w:w="1234"/>
          </w:tcPr>
          <w:p>
            <w:r>
              <w:t>**Llama-3.2-3B-Instruct**</w:t>
            </w:r>
          </w:p>
        </w:tc>
        <w:tc>
          <w:tcPr>
            <w:tcW w:type="dxa" w:w="1234"/>
          </w:tcPr>
          <w:p>
            <w:r>
              <w:t>3B</w:t>
            </w:r>
          </w:p>
        </w:tc>
        <w:tc>
          <w:tcPr>
            <w:tcW w:type="dxa" w:w="1234"/>
          </w:tcPr>
          <w:p>
            <w:r>
              <w:t>Q4_K_M</w:t>
            </w:r>
          </w:p>
        </w:tc>
        <w:tc>
          <w:tcPr>
            <w:tcW w:type="dxa" w:w="1234"/>
          </w:tcPr>
          <w:p>
            <w:r>
              <w:t>64K</w:t>
            </w:r>
          </w:p>
        </w:tc>
        <w:tc>
          <w:tcPr>
            <w:tcW w:type="dxa" w:w="1234"/>
          </w:tcPr>
          <w:p>
            <w:r>
              <w:t>Maximum headroom, fast</w:t>
            </w:r>
          </w:p>
        </w:tc>
        <w:tc>
          <w:tcPr>
            <w:tcW w:type="dxa" w:w="1234"/>
          </w:tcPr>
          <w:p>
            <w:r>
              <w:t>**~6.8 GB**</w:t>
            </w:r>
          </w:p>
        </w:tc>
      </w:tr>
      <w:tr>
        <w:tc>
          <w:tcPr>
            <w:tcW w:type="dxa" w:w="1234"/>
          </w:tcPr>
          <w:p>
            <w:r>
              <w:t>**3**</w:t>
            </w:r>
          </w:p>
        </w:tc>
        <w:tc>
          <w:tcPr>
            <w:tcW w:type="dxa" w:w="1234"/>
          </w:tcPr>
          <w:p>
            <w:r>
              <w:t>**Qwen2.5-9B-Instruct**</w:t>
            </w:r>
          </w:p>
        </w:tc>
        <w:tc>
          <w:tcPr>
            <w:tcW w:type="dxa" w:w="1234"/>
          </w:tcPr>
          <w:p>
            <w:r>
              <w:t>9B</w:t>
            </w:r>
          </w:p>
        </w:tc>
        <w:tc>
          <w:tcPr>
            <w:tcW w:type="dxa" w:w="1234"/>
          </w:tcPr>
          <w:p>
            <w:r>
              <w:t>Q4_K_M</w:t>
            </w:r>
          </w:p>
        </w:tc>
        <w:tc>
          <w:tcPr>
            <w:tcW w:type="dxa" w:w="1234"/>
          </w:tcPr>
          <w:p>
            <w:r>
              <w:t>64K</w:t>
            </w:r>
          </w:p>
        </w:tc>
        <w:tc>
          <w:tcPr>
            <w:tcW w:type="dxa" w:w="1234"/>
          </w:tcPr>
          <w:p>
            <w:r>
              <w:t>**Your current — tight**</w:t>
            </w:r>
          </w:p>
        </w:tc>
        <w:tc>
          <w:tcPr>
            <w:tcW w:type="dxa" w:w="1234"/>
          </w:tcPr>
          <w:p>
            <w:r>
              <w:t>**~17.7 GB**</w:t>
            </w:r>
          </w:p>
        </w:tc>
      </w:tr>
      <w:tr>
        <w:tc>
          <w:tcPr>
            <w:tcW w:type="dxa" w:w="1234"/>
          </w:tcPr>
          <w:p>
            <w:r>
              <w:t>**4**</w:t>
            </w:r>
          </w:p>
        </w:tc>
        <w:tc>
          <w:tcPr>
            <w:tcW w:type="dxa" w:w="1234"/>
          </w:tcPr>
          <w:p>
            <w:r>
              <w:t>**Nemotron-3-8B**</w:t>
            </w:r>
          </w:p>
        </w:tc>
        <w:tc>
          <w:tcPr>
            <w:tcW w:type="dxa" w:w="1234"/>
          </w:tcPr>
          <w:p>
            <w:r>
              <w:t>8B</w:t>
            </w:r>
          </w:p>
        </w:tc>
        <w:tc>
          <w:tcPr>
            <w:tcW w:type="dxa" w:w="1234"/>
          </w:tcPr>
          <w:p>
            <w:r>
              <w:t>Q4_K_M</w:t>
            </w:r>
          </w:p>
        </w:tc>
        <w:tc>
          <w:tcPr>
            <w:tcW w:type="dxa" w:w="1234"/>
          </w:tcPr>
          <w:p>
            <w:r>
              <w:t>64K</w:t>
            </w:r>
          </w:p>
        </w:tc>
        <w:tc>
          <w:tcPr>
            <w:tcW w:type="dxa" w:w="1234"/>
          </w:tcPr>
          <w:p>
            <w:r>
              <w:t>NVIDIA-aligned</w:t>
            </w:r>
          </w:p>
        </w:tc>
        <w:tc>
          <w:tcPr>
            <w:tcW w:type="dxa" w:w="1234"/>
          </w:tcPr>
          <w:p>
            <w:r>
              <w:t>~15.9 GB</w:t>
            </w:r>
          </w:p>
        </w:tc>
      </w:tr>
      <w:tr>
        <w:tc>
          <w:tcPr>
            <w:tcW w:type="dxa" w:w="1234"/>
          </w:tcPr>
          <w:p>
            <w:r>
              <w:t>**5**</w:t>
            </w:r>
          </w:p>
        </w:tc>
        <w:tc>
          <w:tcPr>
            <w:tcW w:type="dxa" w:w="1234"/>
          </w:tcPr>
          <w:p>
            <w:r>
              <w:t>**Phi-3.5-mini**</w:t>
            </w:r>
          </w:p>
        </w:tc>
        <w:tc>
          <w:tcPr>
            <w:tcW w:type="dxa" w:w="1234"/>
          </w:tcPr>
          <w:p>
            <w:r>
              <w:t>3.8B</w:t>
            </w:r>
          </w:p>
        </w:tc>
        <w:tc>
          <w:tcPr>
            <w:tcW w:type="dxa" w:w="1234"/>
          </w:tcPr>
          <w:p>
            <w:r>
              <w:t>Q4_K_M</w:t>
            </w:r>
          </w:p>
        </w:tc>
        <w:tc>
          <w:tcPr>
            <w:tcW w:type="dxa" w:w="1234"/>
          </w:tcPr>
          <w:p>
            <w:r>
              <w:t>64K</w:t>
            </w:r>
          </w:p>
        </w:tc>
        <w:tc>
          <w:tcPr>
            <w:tcW w:type="dxa" w:w="1234"/>
          </w:tcPr>
          <w:p>
            <w:r>
              <w:t>Ultra-fast, low memory</w:t>
            </w:r>
          </w:p>
        </w:tc>
        <w:tc>
          <w:tcPr>
            <w:tcW w:type="dxa" w:w="1234"/>
          </w:tcPr>
          <w:p>
            <w:r>
              <w:t>~8.5 GB</w:t>
            </w:r>
          </w:p>
        </w:tc>
      </w:tr>
    </w:tbl>
    <w:p/>
    <w:p>
      <w:pPr>
        <w:ind w:left="720"/>
      </w:pPr>
      <w:r>
        <w:rPr>
          <w:i/>
          <w:color w:val="666666"/>
        </w:rPr>
        <w:t>**Best balance for 64K**: **Qwen2.5-7B-Q4_K_M** via MLX — meets requirement, leaves 6.5 GB buffer for 5 external agents.</w:t>
      </w:r>
    </w:p>
    <w:p>
      <w:r>
        <w:rPr>
          <w:rFonts w:ascii="Calibri" w:hAnsi="Calibri"/>
          <w:sz w:val="22"/>
        </w:rPr>
        <w:t>&gt;</w:t>
      </w:r>
    </w:p>
    <w:p>
      <w:pPr>
        <w:ind w:left="720"/>
      </w:pPr>
      <w:r>
        <w:rPr>
          <w:i/>
          <w:color w:val="666666"/>
        </w:rPr>
        <w:t>**Your current Qwen2.5-9B @ 64K**: Works but leaves only ~1-2 GB headroom — barely 1 external agent.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7. Implementation Checklist</w:t>
      </w:r>
    </w:p>
    <w:p/>
    <w:p>
      <w:pPr>
        <w:pStyle w:val="Heading3"/>
      </w:pPr>
      <w:r>
        <w:t>Phase 1: Baseline &amp; Monitoring (Week 1)</w:t>
      </w:r>
    </w:p>
    <w:p>
      <w:pPr>
        <w:pStyle w:val="ListBullet"/>
      </w:pPr>
      <w:r>
        <w:rPr>
          <w:rFonts w:ascii="Calibri" w:hAnsi="Calibri"/>
          <w:sz w:val="22"/>
        </w:rPr>
        <w:t xml:space="preserve">[ ] Install </w:t>
      </w:r>
      <w:r>
        <w:rPr>
          <w:rFonts w:ascii="Calibri" w:hAnsi="Calibri"/>
          <w:color w:val="C72C41"/>
          <w:sz w:val="22"/>
        </w:rPr>
        <w:t>htop</w:t>
      </w:r>
      <w:r>
        <w:rPr>
          <w:rFonts w:ascii="Calibri" w:hAnsi="Calibri"/>
          <w:sz w:val="22"/>
        </w:rPr>
        <w:t xml:space="preserve">, </w:t>
      </w:r>
      <w:r>
        <w:rPr>
          <w:rFonts w:ascii="Calibri" w:hAnsi="Calibri"/>
          <w:color w:val="C72C41"/>
          <w:sz w:val="22"/>
        </w:rPr>
        <w:t>sudo powermetrics</w:t>
      </w:r>
      <w:r>
        <w:rPr>
          <w:rFonts w:ascii="Calibri" w:hAnsi="Calibri"/>
          <w:sz w:val="22"/>
        </w:rPr>
        <w:t xml:space="preserve"> for real-time monitoring</w:t>
      </w:r>
    </w:p>
    <w:p>
      <w:pPr>
        <w:pStyle w:val="ListBullet"/>
      </w:pPr>
      <w:r>
        <w:rPr>
          <w:rFonts w:ascii="Calibri" w:hAnsi="Calibri"/>
          <w:sz w:val="22"/>
        </w:rPr>
        <w:t xml:space="preserve">[ ] Measure current agent memory: </w:t>
      </w:r>
      <w:r>
        <w:rPr>
          <w:rFonts w:ascii="Calibri" w:hAnsi="Calibri"/>
          <w:color w:val="C72C41"/>
          <w:sz w:val="22"/>
        </w:rPr>
        <w:t>ps aux | grep hermes</w:t>
      </w:r>
    </w:p>
    <w:p>
      <w:pPr>
        <w:pStyle w:val="ListBullet"/>
      </w:pPr>
      <w:r>
        <w:rPr>
          <w:rFonts w:ascii="Calibri" w:hAnsi="Calibri"/>
          <w:sz w:val="22"/>
        </w:rPr>
        <w:t xml:space="preserve">[ ] Profile local LLM memory: </w:t>
      </w:r>
      <w:r>
        <w:rPr>
          <w:rFonts w:ascii="Calibri" w:hAnsi="Calibri"/>
          <w:color w:val="C72C41"/>
          <w:sz w:val="22"/>
        </w:rPr>
        <w:t>Activity Monitor</w:t>
      </w:r>
      <w:r>
        <w:rPr>
          <w:rFonts w:ascii="Calibri" w:hAnsi="Calibri"/>
          <w:sz w:val="22"/>
        </w:rPr>
        <w:t xml:space="preserve"> → GPU/Memory tabs</w:t>
      </w:r>
    </w:p>
    <w:p>
      <w:pPr>
        <w:pStyle w:val="ListBullet"/>
      </w:pPr>
      <w:r>
        <w:rPr>
          <w:rFonts w:ascii="Calibri" w:hAnsi="Calibri"/>
          <w:sz w:val="22"/>
        </w:rPr>
        <w:t xml:space="preserve">[ ] Set up memory pressure alerts: </w:t>
      </w:r>
      <w:r>
        <w:rPr>
          <w:rFonts w:ascii="Calibri" w:hAnsi="Calibri"/>
          <w:color w:val="C72C41"/>
          <w:sz w:val="22"/>
        </w:rPr>
        <w:t>memory_pressure</w:t>
      </w:r>
      <w:r>
        <w:rPr>
          <w:rFonts w:ascii="Calibri" w:hAnsi="Calibri"/>
          <w:sz w:val="22"/>
        </w:rPr>
        <w:t xml:space="preserve"> command</w:t>
      </w:r>
    </w:p>
    <w:p/>
    <w:p>
      <w:pPr>
        <w:pStyle w:val="Heading3"/>
      </w:pPr>
      <w:r>
        <w:t>Phase 2: External Provider Setup (Week 1-2)</w:t>
      </w:r>
    </w:p>
    <w:p>
      <w:pPr>
        <w:pStyle w:val="ListBullet"/>
      </w:pPr>
      <w:r>
        <w:rPr>
          <w:rFonts w:ascii="Calibri" w:hAnsi="Calibri"/>
          <w:sz w:val="22"/>
        </w:rPr>
        <w:t>[ ] Add Groq API key (free tier: 30K tokens/min)</w:t>
      </w:r>
    </w:p>
    <w:p>
      <w:pPr>
        <w:pStyle w:val="ListBullet"/>
      </w:pPr>
      <w:r>
        <w:rPr>
          <w:rFonts w:ascii="Calibri" w:hAnsi="Calibri"/>
          <w:sz w:val="22"/>
        </w:rPr>
        <w:t>[ ] Add Together.ai API key (free tier: $1 credit)</w:t>
      </w:r>
    </w:p>
    <w:p>
      <w:pPr>
        <w:pStyle w:val="ListBullet"/>
      </w:pPr>
      <w:r>
        <w:rPr>
          <w:rFonts w:ascii="Calibri" w:hAnsi="Calibri"/>
          <w:sz w:val="22"/>
        </w:rPr>
        <w:t xml:space="preserve">[ ] Configure fallback chain in each agent's </w:t>
      </w:r>
      <w:r>
        <w:rPr>
          <w:rFonts w:ascii="Calibri" w:hAnsi="Calibri"/>
          <w:color w:val="C72C41"/>
          <w:sz w:val="22"/>
        </w:rPr>
        <w:t>config.yaml</w:t>
      </w:r>
      <w:r>
        <w:rPr>
          <w:rFonts w:ascii="Calibri" w:hAnsi="Calibri"/>
          <w:sz w:val="22"/>
        </w:rPr>
        <w:t>:</w:t>
      </w:r>
    </w:p>
    <w:p>
      <w:r>
        <w:rPr>
          <w:rFonts w:ascii="Consolas" w:hAnsi="Consolas"/>
          <w:color w:val="D4D4D4"/>
          <w:sz w:val="20"/>
        </w:rPr>
        <w:t xml:space="preserve">  model:</w:t>
        <w:br/>
        <w:t xml:space="preserve">    provider: nvidia</w:t>
        <w:br/>
        <w:t xml:space="preserve">    fallback_providers:</w:t>
        <w:br/>
        <w:t xml:space="preserve">      - provider: groq</w:t>
        <w:br/>
        <w:t xml:space="preserve">        model: llama-3.1-70b-versatile</w:t>
        <w:br/>
        <w:t xml:space="preserve">      - provider: together</w:t>
        <w:br/>
        <w:t xml:space="preserve">        model: Qwen/Qwen2.5-7B-Instruct</w:t>
      </w:r>
    </w:p>
    <w:p/>
    <w:p>
      <w:pPr>
        <w:pStyle w:val="Heading3"/>
      </w:pPr>
      <w:r>
        <w:t>Phase 3: Agent Deployment (Week 2-3)</w:t>
      </w:r>
    </w:p>
    <w:p>
      <w:pPr>
        <w:pStyle w:val="ListBullet"/>
      </w:pPr>
      <w:r>
        <w:rPr>
          <w:rFonts w:ascii="Calibri" w:hAnsi="Calibri"/>
          <w:sz w:val="22"/>
        </w:rPr>
        <w:t xml:space="preserve">[ ] Create agent profiles: </w:t>
      </w:r>
      <w:r>
        <w:rPr>
          <w:rFonts w:ascii="Calibri" w:hAnsi="Calibri"/>
          <w:color w:val="C72C41"/>
          <w:sz w:val="22"/>
        </w:rPr>
        <w:t>hermes profile create agent3</w:t>
      </w:r>
      <w:r>
        <w:rPr>
          <w:rFonts w:ascii="Calibri" w:hAnsi="Calibri"/>
          <w:sz w:val="22"/>
        </w:rPr>
        <w:t>, etc.</w:t>
      </w:r>
    </w:p>
    <w:p>
      <w:pPr>
        <w:pStyle w:val="ListBullet"/>
      </w:pPr>
      <w:r>
        <w:rPr>
          <w:rFonts w:ascii="Calibri" w:hAnsi="Calibri"/>
          <w:sz w:val="22"/>
        </w:rPr>
        <w:t>[ ] Symlink shared skills (markdown-file-converter, etc.)</w:t>
      </w:r>
    </w:p>
    <w:p>
      <w:pPr>
        <w:pStyle w:val="ListBullet"/>
      </w:pPr>
      <w:r>
        <w:rPr>
          <w:rFonts w:ascii="Calibri" w:hAnsi="Calibri"/>
          <w:sz w:val="22"/>
        </w:rPr>
        <w:t>[ ] Set toolset restrictions per agent (reduce context overhead)</w:t>
      </w:r>
    </w:p>
    <w:p>
      <w:pPr>
        <w:pStyle w:val="ListBullet"/>
      </w:pPr>
      <w:r>
        <w:rPr>
          <w:rFonts w:ascii="Calibri" w:hAnsi="Calibri"/>
          <w:sz w:val="22"/>
        </w:rPr>
        <w:t>[ ] Test parallel queries: 3-4 agents simultaneously</w:t>
      </w:r>
    </w:p>
    <w:p/>
    <w:p>
      <w:pPr>
        <w:pStyle w:val="Heading3"/>
      </w:pPr>
      <w:r>
        <w:t>Phase 4: Optimization (Ongoing)</w:t>
      </w:r>
    </w:p>
    <w:p>
      <w:pPr>
        <w:pStyle w:val="ListBullet"/>
      </w:pPr>
      <w:r>
        <w:rPr>
          <w:rFonts w:ascii="Calibri" w:hAnsi="Calibri"/>
          <w:sz w:val="22"/>
        </w:rPr>
        <w:t>[ ] Enable streaming on all agents</w:t>
      </w:r>
    </w:p>
    <w:p>
      <w:pPr>
        <w:pStyle w:val="ListBullet"/>
      </w:pPr>
      <w:r>
        <w:rPr>
          <w:rFonts w:ascii="Calibri" w:hAnsi="Calibri"/>
          <w:sz w:val="22"/>
        </w:rPr>
        <w:t>[ ] Configure auto-compact threshold: 0.6</w:t>
      </w:r>
    </w:p>
    <w:p>
      <w:pPr>
        <w:pStyle w:val="ListBullet"/>
      </w:pPr>
      <w:r>
        <w:rPr>
          <w:rFonts w:ascii="Calibri" w:hAnsi="Calibri"/>
          <w:sz w:val="22"/>
        </w:rPr>
        <w:t>[ ] Set up log rotation (s6 or logrotate)</w:t>
      </w:r>
    </w:p>
    <w:p>
      <w:pPr>
        <w:pStyle w:val="ListBullet"/>
      </w:pPr>
      <w:r>
        <w:rPr>
          <w:rFonts w:ascii="Calibri" w:hAnsi="Calibri"/>
          <w:sz w:val="22"/>
        </w:rPr>
        <w:t>[ ] Monitor swap usage — should stay near 0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8. Risk Matrix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Probability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Impact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Mitigation</w:t>
            </w:r>
          </w:p>
        </w:tc>
      </w:tr>
      <w:tr>
        <w:tc>
          <w:tcPr>
            <w:tcW w:type="dxa" w:w="2160"/>
          </w:tcPr>
          <w:p>
            <w:r>
              <w:t>**Memory pressure → swap**</w:t>
            </w:r>
          </w:p>
        </w:tc>
        <w:tc>
          <w:tcPr>
            <w:tcW w:type="dxa" w:w="2160"/>
          </w:tcPr>
          <w:p>
            <w:r>
              <w:t>High if &gt;1 local model</w:t>
            </w:r>
          </w:p>
        </w:tc>
        <w:tc>
          <w:tcPr>
            <w:tcW w:type="dxa" w:w="2160"/>
          </w:tcPr>
          <w:p>
            <w:r>
              <w:t>Severe (100x slowdown)</w:t>
            </w:r>
          </w:p>
        </w:tc>
        <w:tc>
          <w:tcPr>
            <w:tcW w:type="dxa" w:w="2160"/>
          </w:tcPr>
          <w:p>
            <w:r>
              <w:t>Enforce 1 local model max; monitor `memory_pressure`</w:t>
            </w:r>
          </w:p>
        </w:tc>
      </w:tr>
      <w:tr>
        <w:tc>
          <w:tcPr>
            <w:tcW w:type="dxa" w:w="2160"/>
          </w:tcPr>
          <w:p>
            <w:r>
              <w:t>**Thermal throttling**</w:t>
            </w:r>
          </w:p>
        </w:tc>
        <w:tc>
          <w:tcPr>
            <w:tcW w:type="dxa" w:w="2160"/>
          </w:tcPr>
          <w:p>
            <w:r>
              <w:t>Low (M4 fan-cooled)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  <w:tc>
          <w:tcPr>
            <w:tcW w:type="dxa" w:w="2160"/>
          </w:tcPr>
          <w:p>
            <w:r>
              <w:t>Ensure ventilation; monitor `powermetrics`</w:t>
            </w:r>
          </w:p>
        </w:tc>
      </w:tr>
      <w:tr>
        <w:tc>
          <w:tcPr>
            <w:tcW w:type="dxa" w:w="2160"/>
          </w:tcPr>
          <w:p>
            <w:r>
              <w:t>**API rate limits**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  <w:tc>
          <w:tcPr>
            <w:tcW w:type="dxa" w:w="2160"/>
          </w:tcPr>
          <w:p>
            <w:r>
              <w:t>Multi-provider fallback; request queuing</w:t>
            </w:r>
          </w:p>
        </w:tc>
      </w:tr>
      <w:tr>
        <w:tc>
          <w:tcPr>
            <w:tcW w:type="dxa" w:w="2160"/>
          </w:tcPr>
          <w:p>
            <w:r>
              <w:t>**Unified memory fragmentation**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  <w:tc>
          <w:tcPr>
            <w:tcW w:type="dxa" w:w="2160"/>
          </w:tcPr>
          <w:p>
            <w:r>
              <w:t>Periodic gateway restarts (cron)</w:t>
            </w:r>
          </w:p>
        </w:tc>
      </w:tr>
      <w:tr>
        <w:tc>
          <w:tcPr>
            <w:tcW w:type="dxa" w:w="2160"/>
          </w:tcPr>
          <w:p>
            <w:r>
              <w:t>**macOS updates breaking things**</w:t>
            </w:r>
          </w:p>
        </w:tc>
        <w:tc>
          <w:tcPr>
            <w:tcW w:type="dxa" w:w="2160"/>
          </w:tcPr>
          <w:p>
            <w:r>
              <w:t>Low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  <w:tc>
          <w:tcPr>
            <w:tcW w:type="dxa" w:w="2160"/>
          </w:tcPr>
          <w:p>
            <w:r>
              <w:t>Pin Python version; test in staging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9. Cost Comparison: Local vs External (Monthly)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Approach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Hardware Cost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API Cost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Pros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Cons</w:t>
            </w:r>
          </w:p>
        </w:tc>
      </w:tr>
      <w:tr>
        <w:tc>
          <w:tcPr>
            <w:tcW w:type="dxa" w:w="1440"/>
          </w:tcPr>
          <w:p>
            <w:r>
              <w:t>**All Local (2× 7B)**</w:t>
            </w:r>
          </w:p>
        </w:tc>
        <w:tc>
          <w:tcPr>
            <w:tcW w:type="dxa" w:w="1440"/>
          </w:tcPr>
          <w:p>
            <w:r>
              <w:t>$599 (M4 mini)</w:t>
            </w:r>
          </w:p>
        </w:tc>
        <w:tc>
          <w:tcPr>
            <w:tcW w:type="dxa" w:w="1440"/>
          </w:tcPr>
          <w:p>
            <w:r>
              <w:t>$0</w:t>
            </w:r>
          </w:p>
        </w:tc>
        <w:tc>
          <w:tcPr>
            <w:tcW w:type="dxa" w:w="1440"/>
          </w:tcPr>
          <w:p>
            <w:r>
              <w:t>$599</w:t>
            </w:r>
          </w:p>
        </w:tc>
        <w:tc>
          <w:tcPr>
            <w:tcW w:type="dxa" w:w="1440"/>
          </w:tcPr>
          <w:p>
            <w:r>
              <w:t>Private, no latency</w:t>
            </w:r>
          </w:p>
        </w:tc>
        <w:tc>
          <w:tcPr>
            <w:tcW w:type="dxa" w:w="1440"/>
          </w:tcPr>
          <w:p>
            <w:r>
              <w:t>2 agents max, no 70B+</w:t>
            </w:r>
          </w:p>
        </w:tc>
      </w:tr>
      <w:tr>
        <w:tc>
          <w:tcPr>
            <w:tcW w:type="dxa" w:w="1440"/>
          </w:tcPr>
          <w:p>
            <w:r>
              <w:t>**Hybrid (1 local + 5 ext)**</w:t>
            </w:r>
          </w:p>
        </w:tc>
        <w:tc>
          <w:tcPr>
            <w:tcW w:type="dxa" w:w="1440"/>
          </w:tcPr>
          <w:p>
            <w:r>
              <w:t>$599</w:t>
            </w:r>
          </w:p>
        </w:tc>
        <w:tc>
          <w:tcPr>
            <w:tcW w:type="dxa" w:w="1440"/>
          </w:tcPr>
          <w:p>
            <w:r>
              <w:t>$50-150</w:t>
            </w:r>
          </w:p>
        </w:tc>
        <w:tc>
          <w:tcPr>
            <w:tcW w:type="dxa" w:w="1440"/>
          </w:tcPr>
          <w:p>
            <w:r>
              <w:t>$650-750</w:t>
            </w:r>
          </w:p>
        </w:tc>
        <w:tc>
          <w:tcPr>
            <w:tcW w:type="dxa" w:w="1440"/>
          </w:tcPr>
          <w:p>
            <w:r>
              <w:t>Best models, scalable</w:t>
            </w:r>
          </w:p>
        </w:tc>
        <w:tc>
          <w:tcPr>
            <w:tcW w:type="dxa" w:w="1440"/>
          </w:tcPr>
          <w:p>
            <w:r>
              <w:t>API dependency</w:t>
            </w:r>
          </w:p>
        </w:tc>
      </w:tr>
      <w:tr>
        <w:tc>
          <w:tcPr>
            <w:tcW w:type="dxa" w:w="1440"/>
          </w:tcPr>
          <w:p>
            <w:r>
              <w:t>**All External (8 agents)**</w:t>
            </w:r>
          </w:p>
        </w:tc>
        <w:tc>
          <w:tcPr>
            <w:tcW w:type="dxa" w:w="1440"/>
          </w:tcPr>
          <w:p>
            <w:r>
              <w:t>$599</w:t>
            </w:r>
          </w:p>
        </w:tc>
        <w:tc>
          <w:tcPr>
            <w:tcW w:type="dxa" w:w="1440"/>
          </w:tcPr>
          <w:p>
            <w:r>
              <w:t>$100-300</w:t>
            </w:r>
          </w:p>
        </w:tc>
        <w:tc>
          <w:tcPr>
            <w:tcW w:type="dxa" w:w="1440"/>
          </w:tcPr>
          <w:p>
            <w:r>
              <w:t>$700-900</w:t>
            </w:r>
          </w:p>
        </w:tc>
        <w:tc>
          <w:tcPr>
            <w:tcW w:type="dxa" w:w="1440"/>
          </w:tcPr>
          <w:p>
            <w:r>
              <w:t>Unlimited model size</w:t>
            </w:r>
          </w:p>
        </w:tc>
        <w:tc>
          <w:tcPr>
            <w:tcW w:type="dxa" w:w="1440"/>
          </w:tcPr>
          <w:p>
            <w:r>
              <w:t>Recurring cost</w:t>
            </w:r>
          </w:p>
        </w:tc>
      </w:tr>
      <w:tr>
        <w:tc>
          <w:tcPr>
            <w:tcW w:type="dxa" w:w="1440"/>
          </w:tcPr>
          <w:p>
            <w:r>
              <w:t>**Cloud GPU (RunPod/AWS)**</w:t>
            </w:r>
          </w:p>
        </w:tc>
        <w:tc>
          <w:tcPr>
            <w:tcW w:type="dxa" w:w="1440"/>
          </w:tcPr>
          <w:p>
            <w:r>
              <w:t>$0</w:t>
            </w:r>
          </w:p>
        </w:tc>
        <w:tc>
          <w:tcPr>
            <w:tcW w:type="dxa" w:w="1440"/>
          </w:tcPr>
          <w:p>
            <w:r>
              <w:t>$200-500</w:t>
            </w:r>
          </w:p>
        </w:tc>
        <w:tc>
          <w:tcPr>
            <w:tcW w:type="dxa" w:w="1440"/>
          </w:tcPr>
          <w:p>
            <w:r>
              <w:t>$200-500</w:t>
            </w:r>
          </w:p>
        </w:tc>
        <w:tc>
          <w:tcPr>
            <w:tcW w:type="dxa" w:w="1440"/>
          </w:tcPr>
          <w:p>
            <w:r>
              <w:t>Scalable, big models</w:t>
            </w:r>
          </w:p>
        </w:tc>
        <w:tc>
          <w:tcPr>
            <w:tcW w:type="dxa" w:w="1440"/>
          </w:tcPr>
          <w:p>
            <w:r>
              <w:t>Latency, data privacy</w:t>
            </w:r>
          </w:p>
        </w:tc>
      </w:tr>
    </w:tbl>
    <w:p/>
    <w:p>
      <w:pPr>
        <w:ind w:left="720"/>
      </w:pPr>
      <w:r>
        <w:rPr>
          <w:i/>
          <w:color w:val="666666"/>
        </w:rPr>
        <w:t>**M4 Mini + Hybrid** = Best value for privacy + capability + cost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10. Conclusion &amp; Verdict</w:t>
      </w:r>
    </w:p>
    <w:p/>
    <w:p>
      <w:pPr>
        <w:pStyle w:val="Heading3"/>
      </w:pPr>
      <w:r>
        <w:t>Can you run more agents? **YES (External Only, With Constraints).**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Additional Agents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Via External LLM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Via Local LLM</w:t>
            </w:r>
          </w:p>
        </w:tc>
      </w:tr>
      <w:tr>
        <w:tc>
          <w:tcPr>
            <w:tcW w:type="dxa" w:w="2880"/>
          </w:tcPr>
          <w:p>
            <w:r>
              <w:t>**+1-2 agents**</w:t>
            </w:r>
          </w:p>
        </w:tc>
        <w:tc>
          <w:tcPr>
            <w:tcW w:type="dxa" w:w="2880"/>
          </w:tcPr>
          <w:p>
            <w:r>
              <w:t>⚠️ **Possible** with Qwen2.5-9B @ 64K</w:t>
            </w:r>
          </w:p>
        </w:tc>
        <w:tc>
          <w:tcPr>
            <w:tcW w:type="dxa" w:w="2880"/>
          </w:tcPr>
          <w:p>
            <w:r>
              <w:t>❌ **No** — memory full</w:t>
            </w:r>
          </w:p>
        </w:tc>
      </w:tr>
      <w:tr>
        <w:tc>
          <w:tcPr>
            <w:tcW w:type="dxa" w:w="2880"/>
          </w:tcPr>
          <w:p>
            <w:r>
              <w:t>**+3-5 agents**</w:t>
            </w:r>
          </w:p>
        </w:tc>
        <w:tc>
          <w:tcPr>
            <w:tcW w:type="dxa" w:w="2880"/>
          </w:tcPr>
          <w:p>
            <w:r>
              <w:t>✅ **Easy** if local model ≤ 7B @ 64K</w:t>
            </w:r>
          </w:p>
        </w:tc>
        <w:tc>
          <w:tcPr>
            <w:tcW w:type="dxa" w:w="2880"/>
          </w:tcPr>
          <w:p>
            <w:r>
              <w:t>❌ **No**</w:t>
            </w:r>
          </w:p>
        </w:tc>
      </w:tr>
      <w:tr>
        <w:tc>
          <w:tcPr>
            <w:tcW w:type="dxa" w:w="2880"/>
          </w:tcPr>
          <w:p>
            <w:r>
              <w:t>**+6+ agents**</w:t>
            </w:r>
          </w:p>
        </w:tc>
        <w:tc>
          <w:tcPr>
            <w:tcW w:type="dxa" w:w="2880"/>
          </w:tcPr>
          <w:p>
            <w:r>
              <w:t>✅ **Easy** if local model ≤ 3B @ 64K</w:t>
            </w:r>
          </w:p>
        </w:tc>
        <w:tc>
          <w:tcPr>
            <w:tcW w:type="dxa" w:w="2880"/>
          </w:tcPr>
          <w:p>
            <w:r>
              <w:t>❌ **No**</w:t>
            </w:r>
          </w:p>
        </w:tc>
      </w:tr>
    </w:tbl>
    <w:p/>
    <w:p>
      <w:pPr>
        <w:ind w:left="720"/>
      </w:pPr>
      <w:r>
        <w:rPr>
          <w:i/>
          <w:color w:val="666666"/>
        </w:rPr>
        <w:t>**With Qwen2.5-9B @ 64K (17.7 GB) running locally, you have ~1-2 GB headroom** — enough for 1-2 external-API agents only. **No second local model possible.**</w:t>
      </w:r>
    </w:p>
    <w:p>
      <w:r>
        <w:rPr>
          <w:rFonts w:ascii="Calibri" w:hAnsi="Calibri"/>
          <w:sz w:val="22"/>
        </w:rPr>
        <w:t>&gt;</w:t>
      </w:r>
    </w:p>
    <w:p>
      <w:pPr>
        <w:ind w:left="720"/>
      </w:pPr>
      <w:r>
        <w:rPr>
          <w:i/>
          <w:color w:val="666666"/>
        </w:rPr>
        <w:t>**To run 5-7 total agents**: Downgrade local model to **Qwen2.5-7B @ 64K** (13.7 GB) or **Llama-3.2-3B @ 64K** (6.8 GB).</w:t>
      </w:r>
    </w:p>
    <w:p/>
    <w:p>
      <w:pPr>
        <w:pStyle w:val="Heading3"/>
      </w:pPr>
      <w:r>
        <w:t>Optimal Configuration for M4 Mac mini (24 GB) — **Qwen2.5-9B @ 64K (Current)**</w:t>
      </w:r>
    </w:p>
    <w:p/>
    <w:p>
      <w:r>
        <w:rPr>
          <w:rFonts w:ascii="Consolas" w:hAnsi="Consolas"/>
          <w:color w:val="D4D4D4"/>
          <w:sz w:val="20"/>
        </w:rPr>
        <w:t>┌─────────────────────────────────────────────────────────────┐</w:t>
        <w:br/>
        <w:t>│  macOS (6 GB)                                               │</w:t>
        <w:br/>
        <w:t>├─────────────────────────────────────────────────────────────┤</w:t>
        <w:br/>
        <w:t>│  Agent1: Router          → Groq (Llama-70B)        300 MB  │</w:t>
        <w:br/>
        <w:t>│  Agent2: Local Specialist → MLX (Qwen-9B-Q4 @ 64K) ~17.7 GB │  ← YOUR MODEL</w:t>
        <w:br/>
        <w:t>│  Agent3: Research         → NVIDIA (Nemotron)       300 MB  │</w:t>
        <w:br/>
        <w:t>├─────────────────────────────────────────────────────────────┤</w:t>
        <w:br/>
        <w:t>│  Total: ~24 GB used  |  ~0 GB buffer  |  3 agents ⚠️       │</w:t>
        <w:br/>
        <w:t>└─────────────────────────────────────────────────────────────┘</w:t>
      </w:r>
    </w:p>
    <w:p/>
    <w:p>
      <w:pPr>
        <w:pStyle w:val="Heading3"/>
      </w:pPr>
      <w:r>
        <w:t>Recommended: **Qwen2.5-7B @ 64K (Meets 64K, 5-6 Agents)**</w:t>
      </w:r>
    </w:p>
    <w:p/>
    <w:p>
      <w:r>
        <w:rPr>
          <w:rFonts w:ascii="Consolas" w:hAnsi="Consolas"/>
          <w:color w:val="D4D4D4"/>
          <w:sz w:val="20"/>
        </w:rPr>
        <w:t>┌─────────────────────────────────────────────────────────────┐</w:t>
        <w:br/>
        <w:t>│  macOS (6 GB)                                               │</w:t>
        <w:br/>
        <w:t>├─────────────────────────────────────────────────────────────┤</w:t>
        <w:br/>
        <w:t>│  Agent1: Router          → Groq (Llama-70B)        300 MB  │</w:t>
        <w:br/>
        <w:t>│  Agent2: Local Specialist → MLX (Qwen-7B-Q4 @ 64K) ~13.7 GB │  ← RECOMMENDED</w:t>
        <w:br/>
        <w:t>│  Agent3: Research         → NVIDIA (Nemotron)       300 MB  │</w:t>
        <w:br/>
        <w:t>│  Agent4: Coding           → Together (Qwen-Coder)   300 MB  │</w:t>
        <w:br/>
        <w:t>│  Agent5: Trading          → NVIDIA (Lightning)      300 MB  │</w:t>
        <w:br/>
        <w:t>│  Agent6: Creative         → Anthropic (Haiku)       300 MB  │</w:t>
        <w:br/>
        <w:t>├─────────────────────────────────────────────────────────────┤</w:t>
        <w:br/>
        <w:t>│  Total: ~17.5 GB used  |  6.5 GB buffer  |  6 agents ✅    │</w:t>
        <w:br/>
        <w:t>└─────────────────────────────────────────────────────────────┘</w:t>
      </w:r>
    </w:p>
    <w:p/>
    <w:p>
      <w:pPr>
        <w:pStyle w:val="Heading3"/>
      </w:pPr>
      <w:r>
        <w:t>Key Principles (64K Context Edition)</w:t>
      </w:r>
    </w:p>
    <w:p/>
    <w:p>
      <w:pPr>
        <w:pStyle w:val="ListNumber"/>
      </w:pPr>
      <w:r>
        <w:rPr>
          <w:rFonts w:ascii="Calibri" w:hAnsi="Calibri"/>
          <w:b/>
          <w:sz w:val="22"/>
        </w:rPr>
        <w:t>64K context is the dominant memory cost</w:t>
      </w:r>
      <w:r>
        <w:rPr>
          <w:rFonts w:ascii="Calibri" w:hAnsi="Calibri"/>
          <w:sz w:val="22"/>
        </w:rPr>
        <w:t xml:space="preserve"> — KV cache alone = 12+ GB for 9B models</w:t>
      </w:r>
    </w:p>
    <w:p>
      <w:pPr>
        <w:pStyle w:val="ListNumber"/>
      </w:pPr>
      <w:r>
        <w:rPr>
          <w:rFonts w:ascii="Calibri" w:hAnsi="Calibri"/>
          <w:b/>
          <w:sz w:val="22"/>
        </w:rPr>
        <w:t>One local model max</w:t>
      </w:r>
      <w:r>
        <w:rPr>
          <w:rFonts w:ascii="Calibri" w:hAnsi="Calibri"/>
          <w:sz w:val="22"/>
        </w:rPr>
        <w:t xml:space="preserve"> — unified memory is the hard ceiling</w:t>
      </w:r>
    </w:p>
    <w:p>
      <w:pPr>
        <w:pStyle w:val="ListNumber"/>
      </w:pPr>
      <w:r>
        <w:rPr>
          <w:rFonts w:ascii="Calibri" w:hAnsi="Calibri"/>
          <w:b/>
          <w:sz w:val="22"/>
        </w:rPr>
        <w:t>External APIs for scale</w:t>
      </w:r>
      <w:r>
        <w:rPr>
          <w:rFonts w:ascii="Calibri" w:hAnsi="Calibri"/>
          <w:sz w:val="22"/>
        </w:rPr>
        <w:t xml:space="preserve"> — negligible local resource cost</w:t>
      </w:r>
    </w:p>
    <w:p>
      <w:pPr>
        <w:pStyle w:val="ListNumber"/>
      </w:pPr>
      <w:r>
        <w:rPr>
          <w:rFonts w:ascii="Calibri" w:hAnsi="Calibri"/>
          <w:b/>
          <w:sz w:val="22"/>
        </w:rPr>
        <w:t>Groq for speed, Together for variety, NVIDIA for Nemotron</w:t>
      </w:r>
      <w:r>
        <w:rPr>
          <w:rFonts w:ascii="Calibri" w:hAnsi="Calibri"/>
          <w:sz w:val="22"/>
        </w:rPr>
        <w:t xml:space="preserve"> — multi-provider resilience</w:t>
      </w:r>
    </w:p>
    <w:p>
      <w:pPr>
        <w:pStyle w:val="ListNumber"/>
      </w:pPr>
      <w:r>
        <w:rPr>
          <w:rFonts w:ascii="Calibri" w:hAnsi="Calibri"/>
          <w:b/>
          <w:sz w:val="22"/>
        </w:rPr>
        <w:t>Toolset restriction per agent</w:t>
      </w:r>
      <w:r>
        <w:rPr>
          <w:rFonts w:ascii="Calibri" w:hAnsi="Calibri"/>
          <w:sz w:val="22"/>
        </w:rPr>
        <w:t xml:space="preserve"> — reduces context, improves latency</w:t>
      </w:r>
    </w:p>
    <w:p>
      <w:pPr>
        <w:pStyle w:val="ListNumber"/>
      </w:pPr>
      <w:r>
        <w:rPr>
          <w:rFonts w:ascii="Calibri" w:hAnsi="Calibri"/>
          <w:b/>
          <w:sz w:val="22"/>
        </w:rPr>
        <w:t>Monitor `memory_pressure`</w:t>
      </w:r>
      <w:r>
        <w:rPr>
          <w:rFonts w:ascii="Calibri" w:hAnsi="Calibri"/>
          <w:sz w:val="22"/>
        </w:rPr>
        <w:t xml:space="preserve"> — macOS will warn before swap kills performance</w:t>
      </w:r>
    </w:p>
    <w:p>
      <w:pPr>
        <w:pStyle w:val="ListNumber"/>
      </w:pPr>
      <w:r>
        <w:rPr>
          <w:rFonts w:ascii="Calibri" w:hAnsi="Calibri"/>
          <w:b/>
          <w:sz w:val="22"/>
        </w:rPr>
        <w:t>Model size vs Context trade-off</w:t>
      </w:r>
      <w:r>
        <w:rPr>
          <w:rFonts w:ascii="Calibri" w:hAnsi="Calibri"/>
          <w:sz w:val="22"/>
        </w:rPr>
        <w:t xml:space="preserve"> — 9B@64K = 17.7 GB, 7B@64K = 13.7 GB, 3B@64K = 6.8 GB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Appendix: Useful Commands</w:t>
      </w:r>
    </w:p>
    <w:p/>
    <w:p>
      <w:r>
        <w:rPr>
          <w:rFonts w:ascii="Consolas" w:hAnsi="Consolas"/>
          <w:color w:val="D4D4D4"/>
          <w:sz w:val="20"/>
        </w:rPr>
        <w:t># Monitor unified memory pressure</w:t>
        <w:br/>
        <w:t>memory_pressure</w:t>
        <w:br/>
        <w:br/>
        <w:t># Real-time GPU/CPU/NE usage (requires sudo)</w:t>
        <w:br/>
        <w:t>sudo powermetrics --samplers gpu_power,cpu_power -n 1 -i 1000</w:t>
        <w:br/>
        <w:br/>
        <w:t># Hermes agent memory</w:t>
        <w:br/>
        <w:t>ps aux | grep "hermes.*gateway" | awk '{sum+=$6} END {print sum/1024 " MB"}'</w:t>
        <w:br/>
        <w:br/>
        <w:t># Check swap (should be near 0)</w:t>
        <w:br/>
        <w:t>vm_stat | grep "pageouts\|swapins"</w:t>
        <w:br/>
        <w:br/>
        <w:t># Model memory estimate (llama.cpp)</w:t>
        <w:br/>
        <w:t>llama-cli -m model.gguf -n 1 --ctx-size 32768 2&gt;&amp;1 | grep -i "kv\|mem"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r>
        <w:rPr>
          <w:rFonts w:ascii="Calibri" w:hAnsi="Calibri"/>
          <w:b/>
          <w:sz w:val="22"/>
        </w:rPr>
        <w:t>Prepared</w:t>
      </w:r>
      <w:r>
        <w:rPr>
          <w:rFonts w:ascii="Calibri" w:hAnsi="Calibri"/>
          <w:sz w:val="22"/>
        </w:rPr>
        <w:t>: 2026-08-21</w:t>
      </w:r>
    </w:p>
    <w:p>
      <w:r>
        <w:rPr>
          <w:rFonts w:ascii="Calibri" w:hAnsi="Calibri"/>
          <w:b/>
          <w:sz w:val="22"/>
        </w:rPr>
        <w:t>Platform</w:t>
      </w:r>
      <w:r>
        <w:rPr>
          <w:rFonts w:ascii="Calibri" w:hAnsi="Calibri"/>
          <w:sz w:val="22"/>
        </w:rPr>
        <w:t>: M4 Mac mini (24 GB unified, 512 GB SSD)</w:t>
      </w:r>
    </w:p>
    <w:p>
      <w:r>
        <w:rPr>
          <w:rFonts w:ascii="Calibri" w:hAnsi="Calibri"/>
          <w:b/>
          <w:sz w:val="22"/>
        </w:rPr>
        <w:t>Assumption</w:t>
      </w:r>
      <w:r>
        <w:rPr>
          <w:rFonts w:ascii="Calibri" w:hAnsi="Calibri"/>
          <w:sz w:val="22"/>
        </w:rPr>
        <w:t xml:space="preserve">: Current agent runs </w:t>
      </w:r>
      <w:r>
        <w:rPr>
          <w:rFonts w:ascii="Calibri" w:hAnsi="Calibri"/>
          <w:b/>
          <w:sz w:val="22"/>
        </w:rPr>
        <w:t>local Qwen2.5-9B (Q4_K_M, 64K context) — ~17.7 GB RAM</w:t>
      </w:r>
    </w:p>
    <w:p>
      <w:r>
        <w:rPr>
          <w:rFonts w:ascii="Calibri" w:hAnsi="Calibri"/>
          <w:b/>
          <w:sz w:val="22"/>
        </w:rPr>
        <w:t>Constraint</w:t>
      </w:r>
      <w:r>
        <w:rPr>
          <w:rFonts w:ascii="Calibri" w:hAnsi="Calibri"/>
          <w:sz w:val="22"/>
        </w:rPr>
        <w:t xml:space="preserve">: Hermes agent requires </w:t>
      </w:r>
      <w:r>
        <w:rPr>
          <w:rFonts w:ascii="Calibri" w:hAnsi="Calibri"/>
          <w:b/>
          <w:sz w:val="22"/>
        </w:rPr>
        <w:t>≥64K context window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